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EDC4FBA" w14:textId="77777777" w:rsidR="00A47886" w:rsidRPr="00A47886" w:rsidRDefault="00A47886" w:rsidP="0042764B">
      <w:pPr>
        <w:spacing w:after="0" w:line="240" w:lineRule="auto"/>
        <w:ind w:left="792" w:right="792"/>
        <w:jc w:val="center"/>
        <w:rPr>
          <w:color w:val="00B050"/>
        </w:rPr>
      </w:pPr>
      <w:r w:rsidRPr="00A47886">
        <w:rPr>
          <w:b/>
          <w:color w:val="00B050"/>
          <w:sz w:val="22"/>
        </w:rPr>
        <w:t>ARTIKEL RISET</w:t>
      </w:r>
    </w:p>
    <w:p w14:paraId="24EB69B7" w14:textId="77777777" w:rsidR="00A47886" w:rsidRDefault="00A47886" w:rsidP="0042764B">
      <w:pPr>
        <w:spacing w:after="0" w:line="240" w:lineRule="auto"/>
        <w:ind w:left="794" w:right="794"/>
        <w:jc w:val="center"/>
      </w:pPr>
    </w:p>
    <w:p w14:paraId="76434E78" w14:textId="77777777" w:rsidR="00A47886" w:rsidRPr="002A7A8A" w:rsidRDefault="00A47886" w:rsidP="0042764B">
      <w:pPr>
        <w:pStyle w:val="JHKTitle"/>
        <w:spacing w:after="0" w:line="240" w:lineRule="auto"/>
        <w:ind w:left="794" w:right="794"/>
        <w:rPr>
          <w:sz w:val="20"/>
          <w:szCs w:val="20"/>
        </w:rPr>
      </w:pPr>
      <w:r>
        <w:t xml:space="preserve">[Judul Artikel Dalam Bahasa Indonesia] </w:t>
      </w:r>
      <w:r>
        <w:rPr>
          <w:b w:val="0"/>
          <w:bCs/>
          <w:sz w:val="20"/>
          <w:szCs w:val="20"/>
        </w:rPr>
        <w:t>[T</w:t>
      </w:r>
      <w:r w:rsidRPr="002A7A8A">
        <w:rPr>
          <w:b w:val="0"/>
          <w:bCs/>
          <w:sz w:val="20"/>
          <w:szCs w:val="20"/>
        </w:rPr>
        <w:t xml:space="preserve">imes New Roman 14 pt max 15 </w:t>
      </w:r>
      <w:r>
        <w:rPr>
          <w:b w:val="0"/>
          <w:bCs/>
          <w:sz w:val="20"/>
          <w:szCs w:val="20"/>
        </w:rPr>
        <w:t>k</w:t>
      </w:r>
      <w:r w:rsidRPr="002A7A8A">
        <w:rPr>
          <w:b w:val="0"/>
          <w:bCs/>
          <w:sz w:val="20"/>
          <w:szCs w:val="20"/>
        </w:rPr>
        <w:t>ata, bold spasi satu</w:t>
      </w:r>
      <w:r>
        <w:rPr>
          <w:b w:val="0"/>
          <w:bCs/>
          <w:sz w:val="20"/>
          <w:szCs w:val="20"/>
        </w:rPr>
        <w:t>,</w:t>
      </w:r>
      <w:r w:rsidRPr="002A7A8A">
        <w:rPr>
          <w:b w:val="0"/>
          <w:bCs/>
          <w:sz w:val="20"/>
          <w:szCs w:val="20"/>
        </w:rPr>
        <w:t xml:space="preserve"> huruf kapital setiap awal kata]</w:t>
      </w:r>
    </w:p>
    <w:p w14:paraId="0F264C41" w14:textId="77777777" w:rsidR="00A47886" w:rsidRPr="002A7A8A" w:rsidRDefault="00A47886" w:rsidP="0042764B">
      <w:pPr>
        <w:pStyle w:val="JHKTitle"/>
        <w:spacing w:after="0" w:line="240" w:lineRule="auto"/>
        <w:ind w:left="792" w:right="792"/>
        <w:rPr>
          <w:bCs/>
          <w:sz w:val="20"/>
          <w:szCs w:val="20"/>
        </w:rPr>
      </w:pPr>
    </w:p>
    <w:p w14:paraId="4B481A6D" w14:textId="38A20EC9" w:rsidR="00A47886" w:rsidRDefault="00A47886" w:rsidP="0042764B">
      <w:pPr>
        <w:pStyle w:val="JHKAuthor"/>
        <w:spacing w:after="0" w:line="240" w:lineRule="auto"/>
        <w:ind w:left="794" w:right="794"/>
        <w:rPr>
          <w:b/>
          <w:bCs/>
        </w:rPr>
      </w:pPr>
      <w:r w:rsidRPr="00027A51">
        <w:rPr>
          <w:b/>
          <w:bCs/>
        </w:rPr>
        <w:t>Penulis</w:t>
      </w:r>
      <w:r w:rsidRPr="00027A51">
        <w:rPr>
          <w:b/>
          <w:bCs/>
          <w:vertAlign w:val="superscript"/>
        </w:rPr>
        <w:t>1)</w:t>
      </w:r>
      <w:r w:rsidRPr="00027A51">
        <w:rPr>
          <w:b/>
          <w:bCs/>
        </w:rPr>
        <w:t xml:space="preserve"> </w:t>
      </w:r>
      <w:r>
        <w:rPr>
          <w:b/>
          <w:bCs/>
        </w:rPr>
        <w:t>, Penulis</w:t>
      </w:r>
      <w:r w:rsidRPr="00027A51">
        <w:rPr>
          <w:b/>
          <w:bCs/>
          <w:vertAlign w:val="superscript"/>
        </w:rPr>
        <w:t>2)</w:t>
      </w:r>
      <w:r>
        <w:rPr>
          <w:b/>
          <w:bCs/>
        </w:rPr>
        <w:t xml:space="preserve"> , Penulis</w:t>
      </w:r>
      <w:r w:rsidRPr="00027A51">
        <w:rPr>
          <w:b/>
          <w:bCs/>
          <w:vertAlign w:val="superscript"/>
        </w:rPr>
        <w:t>3)</w:t>
      </w:r>
      <w:r>
        <w:rPr>
          <w:b/>
          <w:bCs/>
        </w:rPr>
        <w:t xml:space="preserve"> </w:t>
      </w:r>
      <w:r w:rsidR="004F7365">
        <w:rPr>
          <w:b/>
          <w:bCs/>
        </w:rPr>
        <w:t>[</w:t>
      </w:r>
      <w:r>
        <w:rPr>
          <w:b/>
          <w:bCs/>
        </w:rPr>
        <w:t>font times new roman, 11 pt, bold</w:t>
      </w:r>
      <w:r w:rsidR="004F7365">
        <w:rPr>
          <w:b/>
          <w:bCs/>
        </w:rPr>
        <w:t>]</w:t>
      </w:r>
      <w:r>
        <w:rPr>
          <w:b/>
          <w:bCs/>
        </w:rPr>
        <w:t xml:space="preserve">   </w:t>
      </w:r>
    </w:p>
    <w:p w14:paraId="282AA602" w14:textId="77777777" w:rsidR="00A47886" w:rsidRPr="00A80832" w:rsidRDefault="00A47886" w:rsidP="0042764B">
      <w:pPr>
        <w:pStyle w:val="JHKAffiliation"/>
        <w:spacing w:after="0" w:line="240" w:lineRule="auto"/>
        <w:ind w:left="794" w:right="794"/>
        <w:rPr>
          <w:i w:val="0"/>
          <w:iCs/>
        </w:rPr>
      </w:pPr>
      <w:r w:rsidRPr="00A80832">
        <w:rPr>
          <w:i w:val="0"/>
          <w:iCs/>
          <w:vertAlign w:val="superscript"/>
        </w:rPr>
        <w:t>1</w:t>
      </w:r>
      <w:r w:rsidRPr="00A80832">
        <w:rPr>
          <w:i w:val="0"/>
          <w:iCs/>
        </w:rPr>
        <w:t xml:space="preserve"> Program Studi/</w:t>
      </w:r>
      <w:r>
        <w:rPr>
          <w:i w:val="0"/>
          <w:iCs/>
        </w:rPr>
        <w:t>PT</w:t>
      </w:r>
      <w:r w:rsidRPr="00A80832">
        <w:rPr>
          <w:i w:val="0"/>
          <w:iCs/>
        </w:rPr>
        <w:t xml:space="preserve">, </w:t>
      </w:r>
      <w:r>
        <w:rPr>
          <w:i w:val="0"/>
          <w:iCs/>
        </w:rPr>
        <w:t>Penulis 1</w:t>
      </w:r>
    </w:p>
    <w:p w14:paraId="072F6F79" w14:textId="77777777" w:rsidR="00A47886" w:rsidRPr="00A80832" w:rsidRDefault="00A47886" w:rsidP="0042764B">
      <w:pPr>
        <w:pStyle w:val="JHKAffiliation"/>
        <w:spacing w:after="0" w:line="240" w:lineRule="auto"/>
        <w:ind w:left="794" w:right="794"/>
        <w:rPr>
          <w:i w:val="0"/>
          <w:iCs/>
        </w:rPr>
      </w:pPr>
      <w:r w:rsidRPr="00A80832">
        <w:rPr>
          <w:i w:val="0"/>
          <w:iCs/>
          <w:vertAlign w:val="superscript"/>
        </w:rPr>
        <w:t>2</w:t>
      </w:r>
      <w:r w:rsidRPr="00A80832">
        <w:rPr>
          <w:i w:val="0"/>
          <w:iCs/>
        </w:rPr>
        <w:t xml:space="preserve"> Program Studi/</w:t>
      </w:r>
      <w:r>
        <w:rPr>
          <w:i w:val="0"/>
          <w:iCs/>
        </w:rPr>
        <w:t>PT</w:t>
      </w:r>
      <w:r w:rsidRPr="00A80832">
        <w:rPr>
          <w:i w:val="0"/>
          <w:iCs/>
        </w:rPr>
        <w:t xml:space="preserve">, </w:t>
      </w:r>
      <w:r>
        <w:rPr>
          <w:i w:val="0"/>
          <w:iCs/>
        </w:rPr>
        <w:t xml:space="preserve">Penulis 2 </w:t>
      </w:r>
    </w:p>
    <w:p w14:paraId="41D43924" w14:textId="77777777" w:rsidR="00A47886" w:rsidRDefault="00A47886" w:rsidP="0042764B">
      <w:pPr>
        <w:pStyle w:val="JHKAffiliation"/>
        <w:spacing w:after="0" w:line="240" w:lineRule="auto"/>
        <w:ind w:left="794" w:right="794"/>
        <w:rPr>
          <w:i w:val="0"/>
          <w:iCs/>
        </w:rPr>
      </w:pPr>
      <w:r w:rsidRPr="00A80832">
        <w:rPr>
          <w:i w:val="0"/>
          <w:iCs/>
        </w:rPr>
        <w:t xml:space="preserve">Email korespondensi: </w:t>
      </w:r>
      <w:r>
        <w:rPr>
          <w:i w:val="0"/>
          <w:iCs/>
        </w:rPr>
        <w:t>nama email</w:t>
      </w:r>
    </w:p>
    <w:p w14:paraId="2CB64F0A" w14:textId="69030234" w:rsidR="009015F4" w:rsidRDefault="009015F4">
      <w:pPr>
        <w:pStyle w:val="JHKAffiliation"/>
        <w:ind w:left="792" w:right="792"/>
        <w:rPr>
          <w:rStyle w:val="Hyperlink"/>
          <w:i w:val="0"/>
          <w:iCs/>
        </w:rPr>
      </w:pPr>
    </w:p>
    <w:p w14:paraId="310701DC" w14:textId="77777777" w:rsidR="009015F4" w:rsidRDefault="009015F4" w:rsidP="009015F4">
      <w:pPr>
        <w:spacing w:after="60" w:line="240" w:lineRule="auto"/>
        <w:ind w:left="426"/>
      </w:pPr>
      <w:r>
        <w:rPr>
          <w:b/>
          <w:sz w:val="22"/>
        </w:rPr>
        <w:t>Abstrak</w:t>
      </w:r>
    </w:p>
    <w:p w14:paraId="74DF162E" w14:textId="77777777" w:rsidR="009015F4" w:rsidRDefault="009015F4" w:rsidP="009015F4">
      <w:pPr>
        <w:spacing w:after="80" w:line="240" w:lineRule="auto"/>
        <w:ind w:left="426"/>
      </w:pPr>
      <w:r>
        <w:rPr>
          <w:sz w:val="20"/>
        </w:rPr>
        <w:t>[Tuliskan abstrak dalam Bahasa Indonesia 150-250 kata. Abstrak memuat latar belakang masalah mitra atau masyarakat sasaran, tujuan kegiatan, metode pelaksanaan, peserta/mitra, hasil utama, dampak kegiatan, dan simpulan. Hindari sitasi, tabel, gambar, dan singkatan yang tidak dijelaskan.]</w:t>
      </w:r>
    </w:p>
    <w:p w14:paraId="2D62EAEF" w14:textId="2B1E3A0E" w:rsidR="009015F4" w:rsidRDefault="009015F4" w:rsidP="009015F4">
      <w:pPr>
        <w:spacing w:after="200" w:line="240" w:lineRule="auto"/>
        <w:ind w:left="426"/>
        <w:rPr>
          <w:sz w:val="20"/>
        </w:rPr>
      </w:pPr>
      <w:r>
        <w:rPr>
          <w:b/>
          <w:sz w:val="20"/>
        </w:rPr>
        <w:t xml:space="preserve">Kata kunci: </w:t>
      </w:r>
      <w:r>
        <w:rPr>
          <w:sz w:val="20"/>
        </w:rPr>
        <w:t>[kata kunci 1]; [kata kunci 2]; [kata kunci 3]; [kata kunci 4]; [kata kunci 5]</w:t>
      </w:r>
    </w:p>
    <w:p w14:paraId="41A5E648" w14:textId="14801EAB" w:rsidR="009015F4" w:rsidRDefault="009015F4" w:rsidP="009015F4">
      <w:pPr>
        <w:spacing w:after="200" w:line="240" w:lineRule="auto"/>
        <w:ind w:left="426"/>
      </w:pPr>
    </w:p>
    <w:p w14:paraId="38AF594C" w14:textId="77777777" w:rsidR="009015F4" w:rsidRDefault="009015F4" w:rsidP="009015F4">
      <w:pPr>
        <w:spacing w:after="60" w:line="240" w:lineRule="auto"/>
        <w:ind w:left="426"/>
      </w:pPr>
      <w:r>
        <w:rPr>
          <w:b/>
          <w:i/>
          <w:sz w:val="22"/>
        </w:rPr>
        <w:t>Abstract</w:t>
      </w:r>
    </w:p>
    <w:p w14:paraId="3A019944" w14:textId="77777777" w:rsidR="009015F4" w:rsidRDefault="009015F4" w:rsidP="009015F4">
      <w:pPr>
        <w:spacing w:after="80" w:line="240" w:lineRule="auto"/>
        <w:ind w:left="426"/>
      </w:pPr>
      <w:r>
        <w:rPr>
          <w:i/>
          <w:sz w:val="20"/>
        </w:rPr>
        <w:t>[Write the abstract in English in 150-250 words. The abstract should present the background of the community problem, objective, implementation method, participants or partners, main results, community impact, and conclusion. Do not include citations, tables, figures, or undefined abbreviations.]</w:t>
      </w:r>
    </w:p>
    <w:p w14:paraId="6A61ABAE" w14:textId="4895B22A" w:rsidR="009015F4" w:rsidRDefault="009015F4" w:rsidP="009015F4">
      <w:pPr>
        <w:spacing w:after="240" w:line="240" w:lineRule="auto"/>
        <w:ind w:left="426"/>
        <w:rPr>
          <w:i/>
          <w:sz w:val="20"/>
        </w:rPr>
      </w:pPr>
      <w:r>
        <w:rPr>
          <w:b/>
          <w:i/>
          <w:sz w:val="20"/>
        </w:rPr>
        <w:t xml:space="preserve">Keywords: </w:t>
      </w:r>
      <w:r>
        <w:rPr>
          <w:i/>
          <w:sz w:val="20"/>
        </w:rPr>
        <w:t>[keyword 1]; [keyword 2]; [keyword 3]; [keyword 4]; [keyword 5]</w:t>
      </w:r>
    </w:p>
    <w:tbl>
      <w:tblPr>
        <w:tblpPr w:leftFromText="180" w:rightFromText="180" w:vertAnchor="text" w:horzAnchor="margin" w:tblpXSpec="center" w:tblpY="206"/>
        <w:tblW w:w="0" w:type="auto"/>
        <w:tblLook w:val="04A0" w:firstRow="1" w:lastRow="0" w:firstColumn="1" w:lastColumn="0" w:noHBand="0" w:noVBand="1"/>
      </w:tblPr>
      <w:tblGrid>
        <w:gridCol w:w="9580"/>
      </w:tblGrid>
      <w:tr w:rsidR="009015F4" w14:paraId="25166586" w14:textId="77777777" w:rsidTr="009015F4">
        <w:tc>
          <w:tcPr>
            <w:tcW w:w="9580" w:type="dxa"/>
            <w:tcBorders>
              <w:top w:val="single" w:sz="6" w:space="0" w:color="B7DEE8"/>
              <w:left w:val="single" w:sz="6" w:space="0" w:color="B7DEE8"/>
              <w:bottom w:val="single" w:sz="6" w:space="0" w:color="B7DEE8"/>
              <w:right w:val="single" w:sz="6" w:space="0" w:color="B7DEE8"/>
            </w:tcBorders>
            <w:shd w:val="clear" w:color="auto" w:fill="EAF3F8"/>
          </w:tcPr>
          <w:p w14:paraId="59C7EC4F" w14:textId="77777777" w:rsidR="009015F4" w:rsidRDefault="009015F4" w:rsidP="009015F4">
            <w:pPr>
              <w:spacing w:after="60"/>
            </w:pPr>
            <w:r>
              <w:rPr>
                <w:b/>
                <w:color w:val="1F4E79"/>
                <w:sz w:val="20"/>
              </w:rPr>
              <w:t>Catatan Substansi Artikel Pengabdian</w:t>
            </w:r>
          </w:p>
          <w:p w14:paraId="65C18856" w14:textId="77777777" w:rsidR="009015F4" w:rsidRDefault="009015F4" w:rsidP="009015F4">
            <w:pPr>
              <w:pStyle w:val="Instruksi"/>
              <w:ind w:left="170"/>
            </w:pPr>
            <w:r>
              <w:rPr>
                <w:rFonts w:eastAsia="Times New Roman"/>
                <w:color w:val="404040"/>
              </w:rPr>
              <w:t>• Artikel pengabdian bukan laporan kegiatan administratif; naskah harus memuat analisis masalah, metode intervensi, hasil terukur, dan dampak kegiatan.</w:t>
            </w:r>
          </w:p>
          <w:p w14:paraId="4C982BD3" w14:textId="77777777" w:rsidR="009015F4" w:rsidRDefault="009015F4" w:rsidP="009015F4">
            <w:pPr>
              <w:pStyle w:val="Instruksi"/>
              <w:ind w:left="170"/>
            </w:pPr>
            <w:r>
              <w:rPr>
                <w:rFonts w:eastAsia="Times New Roman"/>
                <w:color w:val="404040"/>
              </w:rPr>
              <w:t>• Tuliskan keterlibatan mitra secara eksplisit: siapa mitra, masalah utama, bentuk partisipasi, dan manfaat yang diterima.</w:t>
            </w:r>
          </w:p>
          <w:p w14:paraId="04D61CAA" w14:textId="77777777" w:rsidR="009015F4" w:rsidRDefault="009015F4" w:rsidP="009015F4">
            <w:pPr>
              <w:pStyle w:val="Instruksi"/>
              <w:ind w:left="170"/>
            </w:pPr>
            <w:r>
              <w:rPr>
                <w:rFonts w:eastAsia="Times New Roman"/>
                <w:color w:val="404040"/>
              </w:rPr>
              <w:t>• Sajikan indikator keberhasilan sebelum dan sesudah kegiatan jika tersedia.</w:t>
            </w:r>
          </w:p>
        </w:tc>
      </w:tr>
    </w:tbl>
    <w:p w14:paraId="5045AA7E" w14:textId="6792D890" w:rsidR="009015F4" w:rsidRPr="009015F4" w:rsidRDefault="009015F4" w:rsidP="009015F4">
      <w:pPr>
        <w:tabs>
          <w:tab w:val="left" w:pos="1350"/>
        </w:tabs>
        <w:sectPr w:rsidR="009015F4" w:rsidRPr="009015F4">
          <w:headerReference w:type="default" r:id="rId8"/>
          <w:footerReference w:type="default" r:id="rId9"/>
          <w:pgSz w:w="11906" w:h="16838"/>
          <w:pgMar w:top="3096" w:right="648" w:bottom="1080" w:left="648" w:header="144" w:footer="360" w:gutter="0"/>
          <w:cols w:space="720"/>
          <w:docGrid w:linePitch="360"/>
        </w:sectPr>
      </w:pPr>
      <w:r>
        <w:tab/>
      </w:r>
    </w:p>
    <w:p w14:paraId="1BAA852F" w14:textId="0D70F657" w:rsidR="00731A8F" w:rsidRPr="003758FE" w:rsidRDefault="005439FA">
      <w:pPr>
        <w:pStyle w:val="JHKHeading1"/>
        <w:rPr>
          <w:color w:val="002060"/>
        </w:rPr>
      </w:pPr>
      <w:r w:rsidRPr="003758FE">
        <w:rPr>
          <w:color w:val="002060"/>
        </w:rPr>
        <w:lastRenderedPageBreak/>
        <w:t>1. PENDAHULUAN</w:t>
      </w:r>
      <w:r w:rsidR="00A47886">
        <w:rPr>
          <w:color w:val="002060"/>
        </w:rPr>
        <w:t xml:space="preserve"> </w:t>
      </w:r>
      <w:r w:rsidR="00A47886" w:rsidRPr="00632197">
        <w:t>[</w:t>
      </w:r>
      <w:r w:rsidR="00A47886" w:rsidRPr="00632197">
        <w:rPr>
          <w:color w:val="000000"/>
          <w:sz w:val="22"/>
        </w:rPr>
        <w:t xml:space="preserve">huruf </w:t>
      </w:r>
      <w:r w:rsidR="00A47886">
        <w:rPr>
          <w:color w:val="000000"/>
          <w:sz w:val="22"/>
        </w:rPr>
        <w:t xml:space="preserve">12 pt </w:t>
      </w:r>
      <w:r w:rsidR="00A47886" w:rsidRPr="00632197">
        <w:rPr>
          <w:color w:val="000000"/>
          <w:sz w:val="22"/>
        </w:rPr>
        <w:t>Kapital, Tegak, Ditebalkan, Spasi 1,5</w:t>
      </w:r>
      <w:r w:rsidR="00A47886">
        <w:rPr>
          <w:color w:val="000000"/>
          <w:sz w:val="22"/>
        </w:rPr>
        <w:t>]</w:t>
      </w:r>
    </w:p>
    <w:p w14:paraId="494FDBC4" w14:textId="77777777" w:rsidR="00141A0A" w:rsidRDefault="00141A0A" w:rsidP="00141A0A">
      <w:r>
        <w:rPr>
          <w:sz w:val="22"/>
        </w:rPr>
        <w:t>[Bagian pendahuluan berisi latar belakang masalah, profil singkat mitra atau masyarakat sasaran, kondisi faktual yang menjadi dasar kegiatan, urgensi pengabdian, kajian literatur atau kebijakan yang relevan, analisis kebutuhan, rumusan masalah, tujuan kegiatan, dan kontribusi kegiatan terhadap penyelesaian masalah masyarakat.]</w:t>
      </w:r>
    </w:p>
    <w:p w14:paraId="77C414A4" w14:textId="785C1F58" w:rsidR="00731A8F" w:rsidRDefault="00141A0A" w:rsidP="00141A0A">
      <w:r>
        <w:rPr>
          <w:sz w:val="22"/>
        </w:rPr>
        <w:t>[Pendahuluan perlu menunjukkan gap antara kondisi ideal dan kondisi aktual di masyarakat. Penulis disarankan menggunakan data lapangan, hasil observasi awal, wawancara, survei kebutuhan, atau data sekunder yang kredibel.]</w:t>
      </w:r>
      <w:r w:rsidR="00DF701F">
        <w:rPr>
          <w:sz w:val="22"/>
        </w:rPr>
        <w:t xml:space="preserve"> </w:t>
      </w:r>
      <w:r w:rsidR="00DF701F">
        <w:rPr>
          <w:b/>
          <w:bCs/>
          <w:color w:val="000000"/>
          <w:sz w:val="22"/>
        </w:rPr>
        <w:t>[1-2 halaman]</w:t>
      </w:r>
    </w:p>
    <w:p w14:paraId="3858DD1A" w14:textId="62068905" w:rsidR="00731A8F" w:rsidRPr="003758FE" w:rsidRDefault="005439FA">
      <w:pPr>
        <w:pStyle w:val="JHKHeading1"/>
        <w:rPr>
          <w:color w:val="002060"/>
        </w:rPr>
      </w:pPr>
      <w:r w:rsidRPr="003758FE">
        <w:rPr>
          <w:color w:val="002060"/>
        </w:rPr>
        <w:t xml:space="preserve">2. METODE </w:t>
      </w:r>
      <w:r w:rsidR="009015F4">
        <w:rPr>
          <w:color w:val="002060"/>
        </w:rPr>
        <w:t>PELAKSANAAN</w:t>
      </w:r>
      <w:r w:rsidR="00A47886">
        <w:rPr>
          <w:color w:val="002060"/>
        </w:rPr>
        <w:t xml:space="preserve"> </w:t>
      </w:r>
      <w:r w:rsidR="00A47886" w:rsidRPr="00632197">
        <w:t>[</w:t>
      </w:r>
      <w:r w:rsidR="00A47886" w:rsidRPr="00632197">
        <w:rPr>
          <w:color w:val="000000"/>
          <w:sz w:val="22"/>
        </w:rPr>
        <w:t xml:space="preserve">huruf </w:t>
      </w:r>
      <w:r w:rsidR="00A47886">
        <w:rPr>
          <w:color w:val="000000"/>
          <w:sz w:val="22"/>
        </w:rPr>
        <w:t xml:space="preserve">12 pt </w:t>
      </w:r>
      <w:r w:rsidR="00A47886" w:rsidRPr="00632197">
        <w:rPr>
          <w:color w:val="000000"/>
          <w:sz w:val="22"/>
        </w:rPr>
        <w:t>Kapital, Tegak, Ditebalkan, Spasi 1,5</w:t>
      </w:r>
      <w:r w:rsidR="00A47886">
        <w:rPr>
          <w:color w:val="000000"/>
          <w:sz w:val="22"/>
        </w:rPr>
        <w:t>]</w:t>
      </w:r>
    </w:p>
    <w:p w14:paraId="4139F9FC" w14:textId="64ADA295" w:rsidR="00141A0A" w:rsidRDefault="00141A0A" w:rsidP="00141A0A">
      <w:pPr>
        <w:rPr>
          <w:sz w:val="22"/>
        </w:rPr>
      </w:pPr>
      <w:r>
        <w:rPr>
          <w:sz w:val="22"/>
        </w:rPr>
        <w:t>[Bagian metode pelaksanaan menjelaskan desain kegiatan, pendekatan pengabdian, lokasi dan waktu kegiatan, karakteristik mitra/peserta, jumlah peserta, tahapan pelaksanaan, instrumen evaluasi, indikator keberhasilan, serta teknik analisis hasil kegiatan.]</w:t>
      </w:r>
    </w:p>
    <w:p w14:paraId="0BA258EF" w14:textId="77777777" w:rsidR="00141A0A" w:rsidRDefault="00141A0A" w:rsidP="00141A0A">
      <w:pPr>
        <w:pStyle w:val="Heading2"/>
        <w:spacing w:before="120" w:after="80" w:line="252" w:lineRule="auto"/>
      </w:pPr>
      <w:r>
        <w:rPr>
          <w:rFonts w:ascii="Times New Roman" w:eastAsia="Times New Roman" w:hAnsi="Times New Roman"/>
          <w:color w:val="000000"/>
          <w:sz w:val="22"/>
        </w:rPr>
        <w:t>2.1 Desain dan Pendekatan Kegiatan</w:t>
      </w:r>
    </w:p>
    <w:p w14:paraId="6E3A6E5C" w14:textId="77777777" w:rsidR="00141A0A" w:rsidRDefault="00141A0A" w:rsidP="00141A0A">
      <w:r>
        <w:rPr>
          <w:sz w:val="22"/>
        </w:rPr>
        <w:t>[Jelaskan metode yang digunakan, misalnya pelatihan, workshop, pendampingan, penyuluhan, demonstrasi, praktik langsung, mentoring, participatory action research, community-based research, service learning, atau asset-based community development.]</w:t>
      </w:r>
    </w:p>
    <w:p w14:paraId="52A8BFB3" w14:textId="77777777" w:rsidR="00141A0A" w:rsidRDefault="00141A0A" w:rsidP="00141A0A">
      <w:pPr>
        <w:pStyle w:val="Heading2"/>
        <w:spacing w:before="120" w:after="80" w:line="252" w:lineRule="auto"/>
      </w:pPr>
      <w:r>
        <w:rPr>
          <w:rFonts w:ascii="Times New Roman" w:eastAsia="Times New Roman" w:hAnsi="Times New Roman"/>
          <w:color w:val="000000"/>
          <w:sz w:val="22"/>
        </w:rPr>
        <w:t>2.2 Mitra, Lokasi, dan Waktu Pelaksanaan</w:t>
      </w:r>
    </w:p>
    <w:p w14:paraId="2ECF0EAB" w14:textId="77777777" w:rsidR="00141A0A" w:rsidRDefault="00141A0A" w:rsidP="00141A0A">
      <w:r>
        <w:rPr>
          <w:sz w:val="22"/>
        </w:rPr>
        <w:t>[Tuliskan nama/jenis mitra, alamat atau wilayah kegiatan, jumlah peserta, karakteristik peserta, serta waktu pelaksanaan kegiatan.]</w:t>
      </w:r>
    </w:p>
    <w:p w14:paraId="58728B63" w14:textId="77777777" w:rsidR="00141A0A" w:rsidRDefault="00141A0A" w:rsidP="00141A0A">
      <w:pPr>
        <w:pStyle w:val="Heading2"/>
        <w:spacing w:before="120" w:after="80" w:line="252" w:lineRule="auto"/>
      </w:pPr>
      <w:r>
        <w:rPr>
          <w:rFonts w:ascii="Times New Roman" w:eastAsia="Times New Roman" w:hAnsi="Times New Roman"/>
          <w:color w:val="000000"/>
          <w:sz w:val="22"/>
        </w:rPr>
        <w:t>2.3 Tahapan Kegiatan</w:t>
      </w:r>
    </w:p>
    <w:p w14:paraId="3D5A49EE" w14:textId="77777777" w:rsidR="00141A0A" w:rsidRDefault="00141A0A" w:rsidP="00141A0A">
      <w:r>
        <w:rPr>
          <w:sz w:val="22"/>
        </w:rPr>
        <w:t>[Uraikan tahapan kegiatan secara sistematis, misalnya: identifikasi kebutuhan, perencanaan program, penyusunan materi, pelaksanaan kegiatan, evaluasi, refleksi, dan tindak lanjut.]</w:t>
      </w:r>
    </w:p>
    <w:p w14:paraId="7750305B" w14:textId="77777777" w:rsidR="00141A0A" w:rsidRDefault="00141A0A" w:rsidP="00141A0A">
      <w:pPr>
        <w:spacing w:before="40" w:line="240" w:lineRule="auto"/>
        <w:jc w:val="center"/>
      </w:pPr>
      <w:r>
        <w:rPr>
          <w:b/>
          <w:sz w:val="20"/>
        </w:rPr>
        <w:t>Tabel 1. Tahapan Pelaksanaan Kegiatan</w:t>
      </w:r>
    </w:p>
    <w:tbl>
      <w:tblPr>
        <w:tblStyle w:val="TableGrid"/>
        <w:tblW w:w="0" w:type="auto"/>
        <w:jc w:val="center"/>
        <w:tblLook w:val="04A0" w:firstRow="1" w:lastRow="0" w:firstColumn="1" w:lastColumn="0" w:noHBand="0" w:noVBand="1"/>
      </w:tblPr>
      <w:tblGrid>
        <w:gridCol w:w="852"/>
        <w:gridCol w:w="2693"/>
        <w:gridCol w:w="2693"/>
        <w:gridCol w:w="2834"/>
      </w:tblGrid>
      <w:tr w:rsidR="00141A0A" w14:paraId="26E75158" w14:textId="77777777" w:rsidTr="00FA2FAC">
        <w:trPr>
          <w:jc w:val="center"/>
        </w:trPr>
        <w:tc>
          <w:tcPr>
            <w:tcW w:w="852" w:type="dxa"/>
            <w:shd w:val="clear" w:color="auto" w:fill="D9EAF7"/>
            <w:vAlign w:val="center"/>
          </w:tcPr>
          <w:p w14:paraId="5A5C0D1E" w14:textId="77777777" w:rsidR="00141A0A" w:rsidRDefault="00141A0A" w:rsidP="00C028BE">
            <w:pPr>
              <w:jc w:val="center"/>
            </w:pPr>
            <w:r>
              <w:rPr>
                <w:b/>
                <w:sz w:val="18"/>
              </w:rPr>
              <w:t>Tahap</w:t>
            </w:r>
          </w:p>
        </w:tc>
        <w:tc>
          <w:tcPr>
            <w:tcW w:w="2693" w:type="dxa"/>
            <w:shd w:val="clear" w:color="auto" w:fill="D9EAF7"/>
            <w:vAlign w:val="center"/>
          </w:tcPr>
          <w:p w14:paraId="18700DB2" w14:textId="77777777" w:rsidR="00141A0A" w:rsidRDefault="00141A0A" w:rsidP="00C028BE">
            <w:pPr>
              <w:jc w:val="center"/>
            </w:pPr>
            <w:r>
              <w:rPr>
                <w:b/>
                <w:sz w:val="18"/>
              </w:rPr>
              <w:t>Kegiatan</w:t>
            </w:r>
          </w:p>
        </w:tc>
        <w:tc>
          <w:tcPr>
            <w:tcW w:w="2693" w:type="dxa"/>
            <w:shd w:val="clear" w:color="auto" w:fill="D9EAF7"/>
            <w:vAlign w:val="center"/>
          </w:tcPr>
          <w:p w14:paraId="1DCA1851" w14:textId="77777777" w:rsidR="00141A0A" w:rsidRDefault="00141A0A" w:rsidP="00C028BE">
            <w:pPr>
              <w:jc w:val="center"/>
            </w:pPr>
            <w:r>
              <w:rPr>
                <w:b/>
                <w:sz w:val="18"/>
              </w:rPr>
              <w:t>Output yang Diharapkan</w:t>
            </w:r>
          </w:p>
        </w:tc>
        <w:tc>
          <w:tcPr>
            <w:tcW w:w="2834" w:type="dxa"/>
            <w:shd w:val="clear" w:color="auto" w:fill="D9EAF7"/>
            <w:vAlign w:val="center"/>
          </w:tcPr>
          <w:p w14:paraId="6D13AD2C" w14:textId="77777777" w:rsidR="00141A0A" w:rsidRDefault="00141A0A" w:rsidP="00C028BE">
            <w:pPr>
              <w:jc w:val="center"/>
            </w:pPr>
            <w:r>
              <w:rPr>
                <w:b/>
                <w:sz w:val="18"/>
              </w:rPr>
              <w:t>Indikator Keberhasilan</w:t>
            </w:r>
          </w:p>
        </w:tc>
      </w:tr>
      <w:tr w:rsidR="00141A0A" w14:paraId="52DB99F1" w14:textId="77777777" w:rsidTr="00FA2FAC">
        <w:trPr>
          <w:jc w:val="center"/>
        </w:trPr>
        <w:tc>
          <w:tcPr>
            <w:tcW w:w="852" w:type="dxa"/>
          </w:tcPr>
          <w:p w14:paraId="1328673A" w14:textId="77777777" w:rsidR="00141A0A" w:rsidRDefault="00141A0A" w:rsidP="00C028BE">
            <w:pPr>
              <w:jc w:val="center"/>
            </w:pPr>
            <w:r>
              <w:rPr>
                <w:sz w:val="18"/>
              </w:rPr>
              <w:t>1</w:t>
            </w:r>
          </w:p>
        </w:tc>
        <w:tc>
          <w:tcPr>
            <w:tcW w:w="2693" w:type="dxa"/>
          </w:tcPr>
          <w:p w14:paraId="100CCFC6" w14:textId="77777777" w:rsidR="00141A0A" w:rsidRDefault="00141A0A" w:rsidP="00C028BE">
            <w:r>
              <w:rPr>
                <w:sz w:val="18"/>
              </w:rPr>
              <w:t>[Identifikasi kebutuhan]</w:t>
            </w:r>
          </w:p>
        </w:tc>
        <w:tc>
          <w:tcPr>
            <w:tcW w:w="2693" w:type="dxa"/>
          </w:tcPr>
          <w:p w14:paraId="568B9F24" w14:textId="77777777" w:rsidR="00141A0A" w:rsidRDefault="00141A0A" w:rsidP="00C028BE">
            <w:r>
              <w:rPr>
                <w:sz w:val="18"/>
              </w:rPr>
              <w:t>[Peta masalah mitra]</w:t>
            </w:r>
          </w:p>
        </w:tc>
        <w:tc>
          <w:tcPr>
            <w:tcW w:w="2834" w:type="dxa"/>
          </w:tcPr>
          <w:p w14:paraId="45651B78" w14:textId="77777777" w:rsidR="00141A0A" w:rsidRDefault="00141A0A" w:rsidP="00FA2FAC">
            <w:pPr>
              <w:jc w:val="left"/>
            </w:pPr>
            <w:r>
              <w:rPr>
                <w:sz w:val="18"/>
              </w:rPr>
              <w:t>[Data kebutuhan tersedia]</w:t>
            </w:r>
          </w:p>
        </w:tc>
      </w:tr>
      <w:tr w:rsidR="00141A0A" w14:paraId="39FA1CF1" w14:textId="77777777" w:rsidTr="00FA2FAC">
        <w:trPr>
          <w:jc w:val="center"/>
        </w:trPr>
        <w:tc>
          <w:tcPr>
            <w:tcW w:w="852" w:type="dxa"/>
          </w:tcPr>
          <w:p w14:paraId="4DAD9A1A" w14:textId="77777777" w:rsidR="00141A0A" w:rsidRDefault="00141A0A" w:rsidP="00C028BE">
            <w:pPr>
              <w:jc w:val="center"/>
            </w:pPr>
            <w:r>
              <w:rPr>
                <w:sz w:val="18"/>
              </w:rPr>
              <w:t>2</w:t>
            </w:r>
          </w:p>
        </w:tc>
        <w:tc>
          <w:tcPr>
            <w:tcW w:w="2693" w:type="dxa"/>
          </w:tcPr>
          <w:p w14:paraId="17FDB256" w14:textId="77777777" w:rsidR="00141A0A" w:rsidRDefault="00141A0A" w:rsidP="00C028BE">
            <w:r>
              <w:rPr>
                <w:sz w:val="18"/>
              </w:rPr>
              <w:t>[Perencanaan program]</w:t>
            </w:r>
          </w:p>
        </w:tc>
        <w:tc>
          <w:tcPr>
            <w:tcW w:w="2693" w:type="dxa"/>
          </w:tcPr>
          <w:p w14:paraId="7AAF4D61" w14:textId="77777777" w:rsidR="00141A0A" w:rsidRDefault="00141A0A" w:rsidP="00C028BE">
            <w:r>
              <w:rPr>
                <w:sz w:val="18"/>
              </w:rPr>
              <w:t>[Rancangan kegiatan]</w:t>
            </w:r>
          </w:p>
        </w:tc>
        <w:tc>
          <w:tcPr>
            <w:tcW w:w="2834" w:type="dxa"/>
          </w:tcPr>
          <w:p w14:paraId="32386EA9" w14:textId="77777777" w:rsidR="00141A0A" w:rsidRDefault="00141A0A" w:rsidP="00FA2FAC">
            <w:pPr>
              <w:jc w:val="left"/>
            </w:pPr>
            <w:r>
              <w:rPr>
                <w:sz w:val="18"/>
              </w:rPr>
              <w:t>[Materi dan jadwal tersusun]</w:t>
            </w:r>
          </w:p>
        </w:tc>
      </w:tr>
      <w:tr w:rsidR="00141A0A" w14:paraId="2908AF6A" w14:textId="77777777" w:rsidTr="00FA2FAC">
        <w:trPr>
          <w:jc w:val="center"/>
        </w:trPr>
        <w:tc>
          <w:tcPr>
            <w:tcW w:w="852" w:type="dxa"/>
          </w:tcPr>
          <w:p w14:paraId="4B351155" w14:textId="77777777" w:rsidR="00141A0A" w:rsidRDefault="00141A0A" w:rsidP="00C028BE">
            <w:pPr>
              <w:jc w:val="center"/>
            </w:pPr>
            <w:r>
              <w:rPr>
                <w:sz w:val="18"/>
              </w:rPr>
              <w:t>3</w:t>
            </w:r>
          </w:p>
        </w:tc>
        <w:tc>
          <w:tcPr>
            <w:tcW w:w="2693" w:type="dxa"/>
          </w:tcPr>
          <w:p w14:paraId="4DE6C42B" w14:textId="77777777" w:rsidR="00141A0A" w:rsidRDefault="00141A0A" w:rsidP="00C028BE">
            <w:r>
              <w:rPr>
                <w:sz w:val="18"/>
              </w:rPr>
              <w:t>[Pelaksanaan]</w:t>
            </w:r>
          </w:p>
        </w:tc>
        <w:tc>
          <w:tcPr>
            <w:tcW w:w="2693" w:type="dxa"/>
          </w:tcPr>
          <w:p w14:paraId="29007ABE" w14:textId="77777777" w:rsidR="00141A0A" w:rsidRDefault="00141A0A" w:rsidP="00C028BE">
            <w:r>
              <w:rPr>
                <w:sz w:val="18"/>
              </w:rPr>
              <w:t>[Kegiatan terlaksana]</w:t>
            </w:r>
          </w:p>
        </w:tc>
        <w:tc>
          <w:tcPr>
            <w:tcW w:w="2834" w:type="dxa"/>
          </w:tcPr>
          <w:p w14:paraId="12718BB1" w14:textId="77777777" w:rsidR="00141A0A" w:rsidRDefault="00141A0A" w:rsidP="00FA2FAC">
            <w:pPr>
              <w:jc w:val="left"/>
            </w:pPr>
            <w:r>
              <w:rPr>
                <w:sz w:val="18"/>
              </w:rPr>
              <w:t>[Partisipasi peserta minimal ...%]</w:t>
            </w:r>
          </w:p>
        </w:tc>
      </w:tr>
      <w:tr w:rsidR="00141A0A" w14:paraId="06747E15" w14:textId="77777777" w:rsidTr="00FA2FAC">
        <w:trPr>
          <w:jc w:val="center"/>
        </w:trPr>
        <w:tc>
          <w:tcPr>
            <w:tcW w:w="852" w:type="dxa"/>
          </w:tcPr>
          <w:p w14:paraId="4D3E2C21" w14:textId="77777777" w:rsidR="00141A0A" w:rsidRDefault="00141A0A" w:rsidP="00C028BE">
            <w:pPr>
              <w:jc w:val="center"/>
            </w:pPr>
            <w:r>
              <w:rPr>
                <w:sz w:val="18"/>
              </w:rPr>
              <w:t>4</w:t>
            </w:r>
          </w:p>
        </w:tc>
        <w:tc>
          <w:tcPr>
            <w:tcW w:w="2693" w:type="dxa"/>
          </w:tcPr>
          <w:p w14:paraId="652FD7C9" w14:textId="77777777" w:rsidR="00141A0A" w:rsidRDefault="00141A0A" w:rsidP="00C028BE">
            <w:r>
              <w:rPr>
                <w:sz w:val="18"/>
              </w:rPr>
              <w:t>[Evaluasi dan tindak lanjut]</w:t>
            </w:r>
          </w:p>
        </w:tc>
        <w:tc>
          <w:tcPr>
            <w:tcW w:w="2693" w:type="dxa"/>
          </w:tcPr>
          <w:p w14:paraId="77762623" w14:textId="77777777" w:rsidR="00141A0A" w:rsidRDefault="00141A0A" w:rsidP="00C028BE">
            <w:r>
              <w:rPr>
                <w:sz w:val="18"/>
              </w:rPr>
              <w:t>[Hasil evaluasi]</w:t>
            </w:r>
          </w:p>
        </w:tc>
        <w:tc>
          <w:tcPr>
            <w:tcW w:w="2834" w:type="dxa"/>
          </w:tcPr>
          <w:p w14:paraId="0AA2110B" w14:textId="77777777" w:rsidR="00141A0A" w:rsidRDefault="00141A0A" w:rsidP="00FA2FAC">
            <w:pPr>
              <w:jc w:val="left"/>
            </w:pPr>
            <w:r>
              <w:rPr>
                <w:sz w:val="18"/>
              </w:rPr>
              <w:t>[Peningkatan skor/kompetensi]</w:t>
            </w:r>
          </w:p>
        </w:tc>
      </w:tr>
    </w:tbl>
    <w:p w14:paraId="26A9BEE3" w14:textId="1A90D9D3" w:rsidR="00731A8F" w:rsidRPr="003758FE" w:rsidRDefault="005439FA">
      <w:pPr>
        <w:pStyle w:val="JHKHeading1"/>
        <w:rPr>
          <w:color w:val="002060"/>
        </w:rPr>
      </w:pPr>
      <w:r w:rsidRPr="003758FE">
        <w:rPr>
          <w:color w:val="002060"/>
        </w:rPr>
        <w:t>3. HASIL DAN PEMBAHASAN</w:t>
      </w:r>
      <w:r w:rsidR="00A47886">
        <w:rPr>
          <w:color w:val="002060"/>
        </w:rPr>
        <w:t xml:space="preserve"> </w:t>
      </w:r>
      <w:r w:rsidR="00A47886" w:rsidRPr="00632197">
        <w:t>[</w:t>
      </w:r>
      <w:r w:rsidR="00A47886" w:rsidRPr="00632197">
        <w:rPr>
          <w:color w:val="000000"/>
          <w:sz w:val="22"/>
        </w:rPr>
        <w:t xml:space="preserve">huruf </w:t>
      </w:r>
      <w:r w:rsidR="00A47886">
        <w:rPr>
          <w:color w:val="000000"/>
          <w:sz w:val="22"/>
        </w:rPr>
        <w:t xml:space="preserve">12 pt </w:t>
      </w:r>
      <w:r w:rsidR="00A47886" w:rsidRPr="00632197">
        <w:rPr>
          <w:color w:val="000000"/>
          <w:sz w:val="22"/>
        </w:rPr>
        <w:t>Kapital, Tegak, Ditebalkan, Spasi 1,5</w:t>
      </w:r>
      <w:r w:rsidR="00A47886">
        <w:rPr>
          <w:color w:val="000000"/>
          <w:sz w:val="22"/>
        </w:rPr>
        <w:t>]</w:t>
      </w:r>
    </w:p>
    <w:p w14:paraId="1DA2E4F2" w14:textId="77777777" w:rsidR="00141A0A" w:rsidRDefault="00141A0A" w:rsidP="00141A0A">
      <w:r>
        <w:rPr>
          <w:sz w:val="22"/>
        </w:rPr>
        <w:t>[Bagian ini menyajikan hasil kegiatan secara runtut sesuai tahapan pelaksanaan. Jelaskan capaian kegiatan, respons peserta/mitra, hasil evaluasi, luaran yang dihasilkan, perubahan yang terjadi, kendala pelaksanaan, serta solusi yang dilakukan.]</w:t>
      </w:r>
    </w:p>
    <w:p w14:paraId="0D35E52B" w14:textId="77777777" w:rsidR="00141A0A" w:rsidRDefault="00141A0A" w:rsidP="00141A0A">
      <w:r>
        <w:rPr>
          <w:sz w:val="22"/>
        </w:rPr>
        <w:t>[Pembahasan harus mengaitkan hasil kegiatan dengan teori, literatur, kebijakan, atau hasil pengabdian terdahulu. Hindari hanya menampilkan dokumentasi kegiatan tanpa analisis.]</w:t>
      </w:r>
    </w:p>
    <w:p w14:paraId="52C0422F" w14:textId="7607219C" w:rsidR="00141A0A" w:rsidRDefault="00141A0A" w:rsidP="00141A0A">
      <w:pPr>
        <w:pStyle w:val="Heading2"/>
        <w:spacing w:before="120" w:after="80" w:line="252" w:lineRule="auto"/>
      </w:pPr>
      <w:r>
        <w:rPr>
          <w:rFonts w:ascii="Times New Roman" w:eastAsia="Times New Roman" w:hAnsi="Times New Roman"/>
          <w:color w:val="000000"/>
          <w:sz w:val="22"/>
        </w:rPr>
        <w:t>3.1 Hasil Pelaksanaan Kegiatan</w:t>
      </w:r>
    </w:p>
    <w:p w14:paraId="34B7F864" w14:textId="64647DA4" w:rsidR="00141A0A" w:rsidRDefault="00141A0A" w:rsidP="00141A0A">
      <w:pPr>
        <w:rPr>
          <w:sz w:val="22"/>
        </w:rPr>
      </w:pPr>
      <w:r>
        <w:rPr>
          <w:sz w:val="22"/>
        </w:rPr>
        <w:t>[Uraikan proses dan hasil pelaksanaan kegiatan. Gunakan data kuantitatif atau kualitatif bila tersedia, misalnya peningkatan skor pre-test dan post-test, perubahan perilaku, peningkatan keterampilan, luaran produk, atau testimoni mitra.]</w:t>
      </w:r>
    </w:p>
    <w:p w14:paraId="2CED1BB7" w14:textId="77777777" w:rsidR="00141A0A" w:rsidRDefault="00141A0A" w:rsidP="00141A0A">
      <w:pPr>
        <w:spacing w:before="40" w:line="240" w:lineRule="auto"/>
        <w:jc w:val="center"/>
      </w:pPr>
      <w:r>
        <w:rPr>
          <w:b/>
          <w:sz w:val="20"/>
        </w:rPr>
        <w:t>Gambar 1. Dokumentasi/Alur Kegiatan</w:t>
      </w:r>
    </w:p>
    <w:tbl>
      <w:tblPr>
        <w:tblW w:w="0" w:type="auto"/>
        <w:tblLook w:val="04A0" w:firstRow="1" w:lastRow="0" w:firstColumn="1" w:lastColumn="0" w:noHBand="0" w:noVBand="1"/>
      </w:tblPr>
      <w:tblGrid>
        <w:gridCol w:w="9072"/>
      </w:tblGrid>
      <w:tr w:rsidR="00141A0A" w14:paraId="666C53AE" w14:textId="77777777" w:rsidTr="00C028BE">
        <w:tc>
          <w:tcPr>
            <w:tcW w:w="9072" w:type="dxa"/>
            <w:tcBorders>
              <w:top w:val="single" w:sz="8" w:space="0" w:color="A6A6A6"/>
              <w:left w:val="single" w:sz="8" w:space="0" w:color="A6A6A6"/>
              <w:bottom w:val="single" w:sz="8" w:space="0" w:color="A6A6A6"/>
              <w:right w:val="single" w:sz="8" w:space="0" w:color="A6A6A6"/>
            </w:tcBorders>
            <w:shd w:val="clear" w:color="auto" w:fill="F2F2F2"/>
          </w:tcPr>
          <w:p w14:paraId="1F4CF554" w14:textId="77777777" w:rsidR="00141A0A" w:rsidRDefault="00141A0A" w:rsidP="00C028BE">
            <w:pPr>
              <w:spacing w:before="720" w:after="720"/>
              <w:jc w:val="center"/>
            </w:pPr>
            <w:r>
              <w:rPr>
                <w:i/>
                <w:color w:val="606060"/>
                <w:sz w:val="20"/>
              </w:rPr>
              <w:lastRenderedPageBreak/>
              <w:t>[Sisipkan gambar/foto kegiatan beresolusi baik di sini]</w:t>
            </w:r>
          </w:p>
        </w:tc>
      </w:tr>
    </w:tbl>
    <w:p w14:paraId="64D334F1" w14:textId="7BAA3B4C" w:rsidR="00141A0A" w:rsidRDefault="00141A0A" w:rsidP="00141A0A">
      <w:pPr>
        <w:pStyle w:val="Heading2"/>
        <w:spacing w:before="120" w:after="80" w:line="252" w:lineRule="auto"/>
        <w:rPr>
          <w:rFonts w:ascii="Times New Roman" w:eastAsia="Times New Roman" w:hAnsi="Times New Roman"/>
          <w:color w:val="000000"/>
          <w:sz w:val="22"/>
        </w:rPr>
      </w:pPr>
      <w:r>
        <w:rPr>
          <w:rFonts w:ascii="Times New Roman" w:eastAsia="Times New Roman" w:hAnsi="Times New Roman"/>
          <w:color w:val="000000"/>
          <w:sz w:val="22"/>
        </w:rPr>
        <w:t>3.2 Evaluasi dan Dampak Kegiatan</w:t>
      </w:r>
    </w:p>
    <w:p w14:paraId="072A86E7" w14:textId="6B71C557" w:rsidR="00141A0A" w:rsidRDefault="00141A0A" w:rsidP="00141A0A">
      <w:pPr>
        <w:rPr>
          <w:sz w:val="22"/>
        </w:rPr>
      </w:pPr>
      <w:r>
        <w:rPr>
          <w:sz w:val="22"/>
        </w:rPr>
        <w:t>[Jelaskan evaluasi kegiatan berdasarkan indikator keberhasilan. Bila menggunakan pre-test dan post-test, tampilkan ringkasan hasil dalam tabel. Bila menggunakan wawancara atau observasi, jelaskan pola temuan secara analitis.]</w:t>
      </w:r>
    </w:p>
    <w:p w14:paraId="150C2917" w14:textId="77777777" w:rsidR="00141A0A" w:rsidRDefault="00141A0A" w:rsidP="00141A0A">
      <w:pPr>
        <w:spacing w:before="40" w:line="240" w:lineRule="auto"/>
        <w:jc w:val="center"/>
      </w:pPr>
      <w:r>
        <w:rPr>
          <w:b/>
          <w:sz w:val="20"/>
        </w:rPr>
        <w:t>Tabel 2. Ringkasan Evaluasi Kegiatan</w:t>
      </w:r>
    </w:p>
    <w:tbl>
      <w:tblPr>
        <w:tblStyle w:val="TableGrid"/>
        <w:tblW w:w="0" w:type="auto"/>
        <w:jc w:val="center"/>
        <w:tblLook w:val="04A0" w:firstRow="1" w:lastRow="0" w:firstColumn="1" w:lastColumn="0" w:noHBand="0" w:noVBand="1"/>
      </w:tblPr>
      <w:tblGrid>
        <w:gridCol w:w="2268"/>
        <w:gridCol w:w="2268"/>
        <w:gridCol w:w="2268"/>
        <w:gridCol w:w="2268"/>
      </w:tblGrid>
      <w:tr w:rsidR="00141A0A" w14:paraId="4C86E33B" w14:textId="77777777" w:rsidTr="00C028BE">
        <w:trPr>
          <w:jc w:val="center"/>
        </w:trPr>
        <w:tc>
          <w:tcPr>
            <w:tcW w:w="2268" w:type="dxa"/>
            <w:shd w:val="clear" w:color="auto" w:fill="D9EAF7"/>
          </w:tcPr>
          <w:p w14:paraId="0E9102D2" w14:textId="77777777" w:rsidR="00141A0A" w:rsidRDefault="00141A0A" w:rsidP="00C028BE">
            <w:pPr>
              <w:jc w:val="center"/>
            </w:pPr>
            <w:r>
              <w:rPr>
                <w:b/>
                <w:sz w:val="18"/>
              </w:rPr>
              <w:t>Aspek Evaluasi</w:t>
            </w:r>
          </w:p>
        </w:tc>
        <w:tc>
          <w:tcPr>
            <w:tcW w:w="2268" w:type="dxa"/>
            <w:shd w:val="clear" w:color="auto" w:fill="D9EAF7"/>
          </w:tcPr>
          <w:p w14:paraId="6C25E3E4" w14:textId="77777777" w:rsidR="00141A0A" w:rsidRDefault="00141A0A" w:rsidP="00C028BE">
            <w:pPr>
              <w:jc w:val="center"/>
            </w:pPr>
            <w:r>
              <w:rPr>
                <w:b/>
                <w:sz w:val="18"/>
              </w:rPr>
              <w:t>Sebelum Kegiatan</w:t>
            </w:r>
          </w:p>
        </w:tc>
        <w:tc>
          <w:tcPr>
            <w:tcW w:w="2268" w:type="dxa"/>
            <w:shd w:val="clear" w:color="auto" w:fill="D9EAF7"/>
          </w:tcPr>
          <w:p w14:paraId="04A4851D" w14:textId="77777777" w:rsidR="00141A0A" w:rsidRDefault="00141A0A" w:rsidP="00C028BE">
            <w:pPr>
              <w:jc w:val="center"/>
            </w:pPr>
            <w:r>
              <w:rPr>
                <w:b/>
                <w:sz w:val="18"/>
              </w:rPr>
              <w:t>Sesudah Kegiatan</w:t>
            </w:r>
          </w:p>
        </w:tc>
        <w:tc>
          <w:tcPr>
            <w:tcW w:w="2268" w:type="dxa"/>
            <w:shd w:val="clear" w:color="auto" w:fill="D9EAF7"/>
          </w:tcPr>
          <w:p w14:paraId="36935093" w14:textId="77777777" w:rsidR="00141A0A" w:rsidRDefault="00141A0A" w:rsidP="00C028BE">
            <w:pPr>
              <w:jc w:val="center"/>
            </w:pPr>
            <w:r>
              <w:rPr>
                <w:b/>
                <w:sz w:val="18"/>
              </w:rPr>
              <w:t>Keterangan</w:t>
            </w:r>
          </w:p>
        </w:tc>
      </w:tr>
      <w:tr w:rsidR="00141A0A" w14:paraId="7F70C7AD" w14:textId="77777777" w:rsidTr="00C028BE">
        <w:trPr>
          <w:jc w:val="center"/>
        </w:trPr>
        <w:tc>
          <w:tcPr>
            <w:tcW w:w="2268" w:type="dxa"/>
          </w:tcPr>
          <w:p w14:paraId="6DC82160" w14:textId="77777777" w:rsidR="00141A0A" w:rsidRDefault="00141A0A" w:rsidP="00C028BE">
            <w:r>
              <w:rPr>
                <w:sz w:val="18"/>
              </w:rPr>
              <w:t>[Pengetahuan]</w:t>
            </w:r>
          </w:p>
        </w:tc>
        <w:tc>
          <w:tcPr>
            <w:tcW w:w="2268" w:type="dxa"/>
          </w:tcPr>
          <w:p w14:paraId="31B56300" w14:textId="77777777" w:rsidR="00141A0A" w:rsidRDefault="00141A0A" w:rsidP="00C028BE">
            <w:r>
              <w:rPr>
                <w:sz w:val="18"/>
              </w:rPr>
              <w:t>[skor/kondisi awal]</w:t>
            </w:r>
          </w:p>
        </w:tc>
        <w:tc>
          <w:tcPr>
            <w:tcW w:w="2268" w:type="dxa"/>
          </w:tcPr>
          <w:p w14:paraId="16A3CC0C" w14:textId="77777777" w:rsidR="00141A0A" w:rsidRDefault="00141A0A" w:rsidP="00C028BE">
            <w:r>
              <w:rPr>
                <w:sz w:val="18"/>
              </w:rPr>
              <w:t>[skor/kondisi akhir]</w:t>
            </w:r>
          </w:p>
        </w:tc>
        <w:tc>
          <w:tcPr>
            <w:tcW w:w="2268" w:type="dxa"/>
          </w:tcPr>
          <w:p w14:paraId="24D7A20E" w14:textId="77777777" w:rsidR="00141A0A" w:rsidRDefault="00141A0A" w:rsidP="00C028BE">
            <w:r>
              <w:rPr>
                <w:sz w:val="18"/>
              </w:rPr>
              <w:t>[interpretasi]</w:t>
            </w:r>
          </w:p>
        </w:tc>
      </w:tr>
      <w:tr w:rsidR="00141A0A" w14:paraId="59676CF6" w14:textId="77777777" w:rsidTr="00C028BE">
        <w:trPr>
          <w:jc w:val="center"/>
        </w:trPr>
        <w:tc>
          <w:tcPr>
            <w:tcW w:w="2268" w:type="dxa"/>
          </w:tcPr>
          <w:p w14:paraId="24A93AD3" w14:textId="77777777" w:rsidR="00141A0A" w:rsidRDefault="00141A0A" w:rsidP="00C028BE">
            <w:r>
              <w:rPr>
                <w:sz w:val="18"/>
              </w:rPr>
              <w:t>[Keterampilan]</w:t>
            </w:r>
          </w:p>
        </w:tc>
        <w:tc>
          <w:tcPr>
            <w:tcW w:w="2268" w:type="dxa"/>
          </w:tcPr>
          <w:p w14:paraId="0B42779D" w14:textId="77777777" w:rsidR="00141A0A" w:rsidRDefault="00141A0A" w:rsidP="00C028BE">
            <w:r>
              <w:rPr>
                <w:sz w:val="18"/>
              </w:rPr>
              <w:t>[skor/kondisi awal]</w:t>
            </w:r>
          </w:p>
        </w:tc>
        <w:tc>
          <w:tcPr>
            <w:tcW w:w="2268" w:type="dxa"/>
          </w:tcPr>
          <w:p w14:paraId="0FF3760A" w14:textId="77777777" w:rsidR="00141A0A" w:rsidRDefault="00141A0A" w:rsidP="00C028BE">
            <w:r>
              <w:rPr>
                <w:sz w:val="18"/>
              </w:rPr>
              <w:t>[skor/kondisi akhir]</w:t>
            </w:r>
          </w:p>
        </w:tc>
        <w:tc>
          <w:tcPr>
            <w:tcW w:w="2268" w:type="dxa"/>
          </w:tcPr>
          <w:p w14:paraId="0A04135C" w14:textId="77777777" w:rsidR="00141A0A" w:rsidRDefault="00141A0A" w:rsidP="00C028BE">
            <w:r>
              <w:rPr>
                <w:sz w:val="18"/>
              </w:rPr>
              <w:t>[interpretasi]</w:t>
            </w:r>
          </w:p>
        </w:tc>
      </w:tr>
      <w:tr w:rsidR="00141A0A" w14:paraId="70A6E363" w14:textId="77777777" w:rsidTr="00C028BE">
        <w:trPr>
          <w:jc w:val="center"/>
        </w:trPr>
        <w:tc>
          <w:tcPr>
            <w:tcW w:w="2268" w:type="dxa"/>
          </w:tcPr>
          <w:p w14:paraId="6FCC1093" w14:textId="77777777" w:rsidR="00141A0A" w:rsidRDefault="00141A0A" w:rsidP="00C028BE">
            <w:r>
              <w:rPr>
                <w:sz w:val="18"/>
              </w:rPr>
              <w:t>[Partisipasi/komitmen]</w:t>
            </w:r>
          </w:p>
        </w:tc>
        <w:tc>
          <w:tcPr>
            <w:tcW w:w="2268" w:type="dxa"/>
          </w:tcPr>
          <w:p w14:paraId="02A4D73C" w14:textId="77777777" w:rsidR="00141A0A" w:rsidRDefault="00141A0A" w:rsidP="00C028BE">
            <w:r>
              <w:rPr>
                <w:sz w:val="18"/>
              </w:rPr>
              <w:t>[kondisi awal]</w:t>
            </w:r>
          </w:p>
        </w:tc>
        <w:tc>
          <w:tcPr>
            <w:tcW w:w="2268" w:type="dxa"/>
          </w:tcPr>
          <w:p w14:paraId="08E1C7C8" w14:textId="77777777" w:rsidR="00141A0A" w:rsidRDefault="00141A0A" w:rsidP="00C028BE">
            <w:r>
              <w:rPr>
                <w:sz w:val="18"/>
              </w:rPr>
              <w:t>[kondisi akhir]</w:t>
            </w:r>
          </w:p>
        </w:tc>
        <w:tc>
          <w:tcPr>
            <w:tcW w:w="2268" w:type="dxa"/>
          </w:tcPr>
          <w:p w14:paraId="58B9F2DD" w14:textId="77777777" w:rsidR="00141A0A" w:rsidRDefault="00141A0A" w:rsidP="00C028BE">
            <w:r>
              <w:rPr>
                <w:sz w:val="18"/>
              </w:rPr>
              <w:t>[interpretasi]</w:t>
            </w:r>
          </w:p>
        </w:tc>
      </w:tr>
    </w:tbl>
    <w:p w14:paraId="4D6E3916" w14:textId="77777777" w:rsidR="00141A0A" w:rsidRDefault="00141A0A" w:rsidP="00141A0A">
      <w:pPr>
        <w:pStyle w:val="Heading2"/>
        <w:spacing w:before="120" w:after="80" w:line="252" w:lineRule="auto"/>
      </w:pPr>
      <w:r>
        <w:rPr>
          <w:rFonts w:ascii="Times New Roman" w:eastAsia="Times New Roman" w:hAnsi="Times New Roman"/>
          <w:color w:val="000000"/>
          <w:sz w:val="22"/>
        </w:rPr>
        <w:t>3.3 Pembahasan</w:t>
      </w:r>
    </w:p>
    <w:p w14:paraId="1890DF08" w14:textId="77777777" w:rsidR="00141A0A" w:rsidRDefault="00141A0A" w:rsidP="00141A0A">
      <w:r>
        <w:rPr>
          <w:sz w:val="22"/>
        </w:rPr>
        <w:t>[Bahas makna hasil kegiatan, faktor pendukung dan penghambat, kontribusi kegiatan terhadap mitra, relevansi dengan literatur, serta peluang replikasi atau pengembangan program. Pembahasan harus lebih dari sekadar deskripsi kegiatan.]</w:t>
      </w:r>
    </w:p>
    <w:p w14:paraId="3FABEAC7" w14:textId="5B45D6B6" w:rsidR="00731A8F" w:rsidRPr="003758FE" w:rsidRDefault="005439FA">
      <w:pPr>
        <w:pStyle w:val="JHKHeading1"/>
        <w:rPr>
          <w:color w:val="002060"/>
        </w:rPr>
      </w:pPr>
      <w:r w:rsidRPr="003758FE">
        <w:rPr>
          <w:color w:val="002060"/>
        </w:rPr>
        <w:t>4. KESIMPULAN</w:t>
      </w:r>
      <w:r w:rsidR="00A47886">
        <w:rPr>
          <w:color w:val="002060"/>
        </w:rPr>
        <w:t xml:space="preserve"> </w:t>
      </w:r>
      <w:r w:rsidR="00A47886" w:rsidRPr="00632197">
        <w:t>[</w:t>
      </w:r>
      <w:r w:rsidR="00A47886" w:rsidRPr="00632197">
        <w:rPr>
          <w:color w:val="000000"/>
          <w:sz w:val="22"/>
        </w:rPr>
        <w:t xml:space="preserve">huruf </w:t>
      </w:r>
      <w:r w:rsidR="00A47886">
        <w:rPr>
          <w:color w:val="000000"/>
          <w:sz w:val="22"/>
        </w:rPr>
        <w:t xml:space="preserve">12 pt </w:t>
      </w:r>
      <w:r w:rsidR="00A47886" w:rsidRPr="00632197">
        <w:rPr>
          <w:color w:val="000000"/>
          <w:sz w:val="22"/>
        </w:rPr>
        <w:t>Kapital, Tegak, Ditebalkan, Spasi 1,5</w:t>
      </w:r>
      <w:r w:rsidR="00A47886">
        <w:rPr>
          <w:color w:val="000000"/>
          <w:sz w:val="22"/>
        </w:rPr>
        <w:t>]</w:t>
      </w:r>
    </w:p>
    <w:p w14:paraId="415AB9BF" w14:textId="7A241902" w:rsidR="00731A8F" w:rsidRDefault="00141A0A" w:rsidP="00141A0A">
      <w:pPr>
        <w:rPr>
          <w:sz w:val="22"/>
        </w:rPr>
      </w:pPr>
      <w:r>
        <w:rPr>
          <w:sz w:val="22"/>
        </w:rPr>
        <w:t>[Kesimpulan memuat jawaban terhadap tujuan kegiatan, hasil utama, dampak bagi mitra atau masyarakat sasaran, dan rekomendasi tindak lanjut. Kesimpulan ditulis ringkas dalam satu sampai tiga paragraf, bukan daftar ulang hasil kegiatan.]</w:t>
      </w:r>
    </w:p>
    <w:p w14:paraId="2E9F4810" w14:textId="77777777" w:rsidR="0042764B" w:rsidRPr="003758FE" w:rsidRDefault="0042764B" w:rsidP="0042764B">
      <w:pPr>
        <w:pStyle w:val="JHKHeading1"/>
        <w:rPr>
          <w:color w:val="002060"/>
        </w:rPr>
      </w:pPr>
      <w:r w:rsidRPr="003758FE">
        <w:rPr>
          <w:color w:val="002060"/>
        </w:rPr>
        <w:t>DAFTAR PUSTAKA</w:t>
      </w:r>
      <w:r>
        <w:rPr>
          <w:color w:val="002060"/>
        </w:rPr>
        <w:t xml:space="preserve"> </w:t>
      </w:r>
      <w:r w:rsidRPr="00632197">
        <w:t>[</w:t>
      </w:r>
      <w:r w:rsidRPr="00632197">
        <w:rPr>
          <w:color w:val="000000"/>
          <w:sz w:val="22"/>
        </w:rPr>
        <w:t xml:space="preserve">huruf </w:t>
      </w:r>
      <w:r>
        <w:rPr>
          <w:color w:val="000000"/>
          <w:sz w:val="22"/>
        </w:rPr>
        <w:t xml:space="preserve">12 pt </w:t>
      </w:r>
      <w:r w:rsidRPr="00632197">
        <w:rPr>
          <w:color w:val="000000"/>
          <w:sz w:val="22"/>
        </w:rPr>
        <w:t>Kapital, Tegak, Ditebalkan, Spasi 1,5</w:t>
      </w:r>
      <w:r>
        <w:rPr>
          <w:color w:val="000000"/>
          <w:sz w:val="22"/>
        </w:rPr>
        <w:t>]</w:t>
      </w:r>
    </w:p>
    <w:p w14:paraId="2F9C5871" w14:textId="77777777" w:rsidR="0042764B" w:rsidRDefault="0042764B" w:rsidP="0042764B">
      <w:pPr>
        <w:spacing w:after="60"/>
      </w:pPr>
      <w:r>
        <w:rPr>
          <w:i/>
          <w:color w:val="666666"/>
          <w:sz w:val="22"/>
        </w:rPr>
        <w:t>Gunakan gaya sitasi yang konsisten. Disarankan menggunakan perangkat manajemen referensi seperti Mendeley, Zotero, atau EndNote. Minimal 80% referensi berasal dari sumber primer dan mutakhir, kecuali untuk sumber hukum positif, putusan, atau dokumen historis yang memang relevan.</w:t>
      </w:r>
    </w:p>
    <w:p w14:paraId="1BF9BD98" w14:textId="77777777" w:rsidR="0042764B" w:rsidRDefault="0042764B" w:rsidP="0042764B">
      <w:pPr>
        <w:spacing w:after="60" w:line="240" w:lineRule="auto"/>
        <w:ind w:left="567" w:hanging="567"/>
      </w:pPr>
      <w:r>
        <w:rPr>
          <w:color w:val="505050"/>
          <w:sz w:val="20"/>
        </w:rPr>
        <w:t>NamaBelakang, A. A. (Tahun). Judul artikel. Nama Jurnal, volume(nomor), halaman-halaman. https://doi.org/xxxxx</w:t>
      </w:r>
    </w:p>
    <w:p w14:paraId="56EB4230" w14:textId="77777777" w:rsidR="0042764B" w:rsidRDefault="0042764B" w:rsidP="0042764B">
      <w:pPr>
        <w:spacing w:after="60" w:line="240" w:lineRule="auto"/>
        <w:ind w:left="567" w:hanging="567"/>
      </w:pPr>
      <w:r>
        <w:rPr>
          <w:color w:val="505050"/>
          <w:sz w:val="20"/>
        </w:rPr>
        <w:t>NamaBelakang, B. B. (Tahun). Judul buku. Penerbit.</w:t>
      </w:r>
    </w:p>
    <w:p w14:paraId="1A5720B4" w14:textId="77777777" w:rsidR="0042764B" w:rsidRDefault="0042764B" w:rsidP="0042764B">
      <w:pPr>
        <w:spacing w:after="60" w:line="240" w:lineRule="auto"/>
        <w:ind w:left="567" w:hanging="567"/>
      </w:pPr>
      <w:r>
        <w:rPr>
          <w:color w:val="505050"/>
          <w:sz w:val="20"/>
        </w:rPr>
        <w:t>Republik Indonesia. (Tahun). Nama peraturan perundang-undangan. Lembaran Negara Republik Indonesia.</w:t>
      </w:r>
    </w:p>
    <w:p w14:paraId="1B8E5722" w14:textId="77777777" w:rsidR="0042764B" w:rsidRDefault="0042764B" w:rsidP="0042764B">
      <w:pPr>
        <w:spacing w:after="60" w:line="240" w:lineRule="auto"/>
        <w:ind w:left="567" w:hanging="567"/>
      </w:pPr>
      <w:r>
        <w:rPr>
          <w:color w:val="505050"/>
          <w:sz w:val="20"/>
        </w:rPr>
        <w:t>Nama Pengadilan. (Tahun). Nomor putusan. Ringkasan perkara/objek sengketa.</w:t>
      </w:r>
    </w:p>
    <w:p w14:paraId="5094ABFA" w14:textId="676789C0" w:rsidR="00731A8F" w:rsidRPr="003758FE" w:rsidRDefault="005439FA">
      <w:pPr>
        <w:pStyle w:val="JHKHeading1"/>
        <w:rPr>
          <w:color w:val="002060"/>
        </w:rPr>
      </w:pPr>
      <w:r w:rsidRPr="003758FE">
        <w:rPr>
          <w:color w:val="002060"/>
        </w:rPr>
        <w:t>UCAPAN TERIMA KASIH</w:t>
      </w:r>
      <w:r w:rsidR="00A47886">
        <w:rPr>
          <w:color w:val="002060"/>
        </w:rPr>
        <w:t xml:space="preserve"> </w:t>
      </w:r>
      <w:r w:rsidR="00A47886" w:rsidRPr="00632197">
        <w:t>[</w:t>
      </w:r>
      <w:r w:rsidR="00A47886" w:rsidRPr="00632197">
        <w:rPr>
          <w:color w:val="000000"/>
          <w:sz w:val="22"/>
        </w:rPr>
        <w:t xml:space="preserve">huruf </w:t>
      </w:r>
      <w:r w:rsidR="00A47886">
        <w:rPr>
          <w:color w:val="000000"/>
          <w:sz w:val="22"/>
        </w:rPr>
        <w:t xml:space="preserve">12 pt </w:t>
      </w:r>
      <w:r w:rsidR="00A47886" w:rsidRPr="00632197">
        <w:rPr>
          <w:color w:val="000000"/>
          <w:sz w:val="22"/>
        </w:rPr>
        <w:t>Kapital, Tegak, Ditebalkan, Spasi 1,5</w:t>
      </w:r>
      <w:r w:rsidR="00A47886">
        <w:rPr>
          <w:color w:val="000000"/>
          <w:sz w:val="22"/>
        </w:rPr>
        <w:t>]</w:t>
      </w:r>
    </w:p>
    <w:p w14:paraId="61DC0D44" w14:textId="77777777" w:rsidR="00141A0A" w:rsidRDefault="00141A0A" w:rsidP="00141A0A">
      <w:r>
        <w:rPr>
          <w:sz w:val="22"/>
        </w:rPr>
        <w:t>[Bagian ini bersifat opsional. Tuliskan ucapan terima kasih kepada mitra, lembaga pendanaan, institusi, mahasiswa, pemerintah daerah, komunitas, atau pihak lain yang berkontribusi dalam kegiatan.]</w:t>
      </w:r>
    </w:p>
    <w:p w14:paraId="1237C1B2" w14:textId="77777777" w:rsidR="00731A8F" w:rsidRDefault="005439FA">
      <w:pPr>
        <w:pStyle w:val="JHKHeading1"/>
      </w:pPr>
      <w:r w:rsidRPr="003758FE">
        <w:rPr>
          <w:color w:val="002060"/>
        </w:rPr>
        <w:t>PERNYATAAN ETIK, KONFLIK KEPENTINGAN, DAN KONTRIBUSI PENULIS</w:t>
      </w:r>
    </w:p>
    <w:p w14:paraId="000E8CBB" w14:textId="77777777" w:rsidR="00731A8F" w:rsidRDefault="005439FA">
      <w:pPr>
        <w:spacing w:after="60"/>
      </w:pPr>
      <w:r>
        <w:rPr>
          <w:i/>
          <w:color w:val="666666"/>
          <w:sz w:val="22"/>
        </w:rPr>
        <w:t>Nyatakan persetujuan etik untuk penelitian empiris, ketiadaan konflik kepentingan, sumber pendanaan, serta kontribusi masing-masing penulis. Bagian ini dapat disesuaikan dengan kebijakan redaksi.</w:t>
      </w:r>
    </w:p>
    <w:p w14:paraId="50BD5EF2" w14:textId="0551571E" w:rsidR="001A7D4E" w:rsidRDefault="001A7D4E" w:rsidP="001A7D4E">
      <w:pPr>
        <w:pStyle w:val="JHKHeading1"/>
        <w:rPr>
          <w:color w:val="002060"/>
        </w:rPr>
      </w:pPr>
      <w:r w:rsidRPr="003758FE">
        <w:rPr>
          <w:color w:val="002060"/>
        </w:rPr>
        <w:lastRenderedPageBreak/>
        <w:t>LAMPIRAN: KETENTUAN FORMAT NASKAH</w:t>
      </w:r>
    </w:p>
    <w:tbl>
      <w:tblPr>
        <w:tblW w:w="5000" w:type="pct"/>
        <w:jc w:val="center"/>
        <w:tblLook w:val="04A0" w:firstRow="1" w:lastRow="0" w:firstColumn="1" w:lastColumn="0" w:noHBand="0" w:noVBand="1"/>
      </w:tblPr>
      <w:tblGrid>
        <w:gridCol w:w="392"/>
        <w:gridCol w:w="1984"/>
        <w:gridCol w:w="6910"/>
      </w:tblGrid>
      <w:tr w:rsidR="00A47886" w14:paraId="3CDFA972" w14:textId="77777777" w:rsidTr="00FA2FAC">
        <w:trPr>
          <w:jc w:val="center"/>
        </w:trPr>
        <w:tc>
          <w:tcPr>
            <w:tcW w:w="2376" w:type="dxa"/>
            <w:gridSpan w:val="2"/>
            <w:tcBorders>
              <w:top w:val="single" w:sz="2" w:space="0" w:color="auto"/>
              <w:left w:val="single" w:sz="2" w:space="0" w:color="auto"/>
              <w:bottom w:val="single" w:sz="2" w:space="0" w:color="auto"/>
              <w:right w:val="single" w:sz="2" w:space="0" w:color="auto"/>
            </w:tcBorders>
            <w:shd w:val="clear" w:color="auto" w:fill="00B050"/>
          </w:tcPr>
          <w:p w14:paraId="41705546" w14:textId="77777777" w:rsidR="00A47886" w:rsidRPr="005137A7" w:rsidRDefault="00A47886" w:rsidP="00C028BE">
            <w:pPr>
              <w:jc w:val="center"/>
              <w:rPr>
                <w:b/>
                <w:color w:val="FFFFFF"/>
                <w:sz w:val="2"/>
                <w:szCs w:val="2"/>
              </w:rPr>
            </w:pPr>
          </w:p>
          <w:p w14:paraId="0D84253E" w14:textId="77777777" w:rsidR="00A47886" w:rsidRDefault="00A47886" w:rsidP="00C028BE">
            <w:pPr>
              <w:jc w:val="center"/>
            </w:pPr>
            <w:r>
              <w:rPr>
                <w:b/>
                <w:color w:val="FFFFFF"/>
                <w:sz w:val="20"/>
              </w:rPr>
              <w:t>Komponen</w:t>
            </w:r>
          </w:p>
        </w:tc>
        <w:tc>
          <w:tcPr>
            <w:tcW w:w="6910" w:type="dxa"/>
            <w:tcBorders>
              <w:top w:val="single" w:sz="2" w:space="0" w:color="auto"/>
              <w:left w:val="single" w:sz="2" w:space="0" w:color="auto"/>
              <w:bottom w:val="single" w:sz="2" w:space="0" w:color="auto"/>
              <w:right w:val="single" w:sz="2" w:space="0" w:color="auto"/>
            </w:tcBorders>
            <w:shd w:val="clear" w:color="auto" w:fill="00B050"/>
          </w:tcPr>
          <w:p w14:paraId="21956197" w14:textId="77777777" w:rsidR="00A47886" w:rsidRPr="005137A7" w:rsidRDefault="00A47886" w:rsidP="00C028BE">
            <w:pPr>
              <w:jc w:val="center"/>
              <w:rPr>
                <w:b/>
                <w:color w:val="FFFFFF"/>
                <w:sz w:val="2"/>
                <w:szCs w:val="2"/>
              </w:rPr>
            </w:pPr>
          </w:p>
          <w:p w14:paraId="7ACD9BD1" w14:textId="77777777" w:rsidR="00A47886" w:rsidRDefault="00A47886" w:rsidP="00C028BE">
            <w:pPr>
              <w:jc w:val="center"/>
            </w:pPr>
            <w:r>
              <w:rPr>
                <w:b/>
                <w:color w:val="FFFFFF"/>
                <w:sz w:val="20"/>
              </w:rPr>
              <w:t>Ketentuan</w:t>
            </w:r>
          </w:p>
        </w:tc>
      </w:tr>
      <w:tr w:rsidR="00A47886" w14:paraId="6143C3AE" w14:textId="77777777" w:rsidTr="00FA2FAC">
        <w:trPr>
          <w:jc w:val="center"/>
        </w:trPr>
        <w:tc>
          <w:tcPr>
            <w:tcW w:w="2376" w:type="dxa"/>
            <w:gridSpan w:val="2"/>
            <w:tcBorders>
              <w:top w:val="single" w:sz="2" w:space="0" w:color="auto"/>
              <w:left w:val="single" w:sz="2" w:space="0" w:color="auto"/>
              <w:bottom w:val="single" w:sz="2" w:space="0" w:color="auto"/>
              <w:right w:val="single" w:sz="2" w:space="0" w:color="auto"/>
            </w:tcBorders>
            <w:shd w:val="clear" w:color="auto" w:fill="C2D69B" w:themeFill="accent3" w:themeFillTint="99"/>
            <w:vAlign w:val="center"/>
          </w:tcPr>
          <w:p w14:paraId="6B745274" w14:textId="77777777" w:rsidR="00A47886" w:rsidRPr="007B5BDD" w:rsidRDefault="00A47886" w:rsidP="00C028BE">
            <w:pPr>
              <w:spacing w:after="0"/>
              <w:rPr>
                <w:rFonts w:cs="Times New Roman"/>
                <w:sz w:val="20"/>
                <w:szCs w:val="20"/>
              </w:rPr>
            </w:pPr>
            <w:r w:rsidRPr="007B5BDD">
              <w:rPr>
                <w:rFonts w:cs="Times New Roman"/>
                <w:b/>
                <w:sz w:val="20"/>
                <w:szCs w:val="20"/>
              </w:rPr>
              <w:t>Ukuran Kertas</w:t>
            </w:r>
          </w:p>
        </w:tc>
        <w:tc>
          <w:tcPr>
            <w:tcW w:w="6910" w:type="dxa"/>
            <w:tcBorders>
              <w:top w:val="single" w:sz="2" w:space="0" w:color="auto"/>
              <w:left w:val="single" w:sz="2" w:space="0" w:color="auto"/>
              <w:bottom w:val="single" w:sz="2" w:space="0" w:color="auto"/>
              <w:right w:val="single" w:sz="2" w:space="0" w:color="auto"/>
            </w:tcBorders>
            <w:vAlign w:val="center"/>
          </w:tcPr>
          <w:p w14:paraId="688C1663" w14:textId="77777777" w:rsidR="00A47886" w:rsidRPr="007B5BDD" w:rsidRDefault="00A47886" w:rsidP="00C028BE">
            <w:pPr>
              <w:spacing w:after="0"/>
              <w:rPr>
                <w:rFonts w:cs="Times New Roman"/>
                <w:sz w:val="20"/>
                <w:szCs w:val="20"/>
              </w:rPr>
            </w:pPr>
            <w:r w:rsidRPr="007B5BDD">
              <w:rPr>
                <w:rFonts w:cs="Times New Roman"/>
                <w:sz w:val="20"/>
                <w:szCs w:val="20"/>
              </w:rPr>
              <w:t>A4</w:t>
            </w:r>
          </w:p>
        </w:tc>
      </w:tr>
      <w:tr w:rsidR="00A47886" w14:paraId="43BB9D7F" w14:textId="77777777" w:rsidTr="00FA2FAC">
        <w:trPr>
          <w:jc w:val="center"/>
        </w:trPr>
        <w:tc>
          <w:tcPr>
            <w:tcW w:w="2376" w:type="dxa"/>
            <w:gridSpan w:val="2"/>
            <w:tcBorders>
              <w:top w:val="single" w:sz="2" w:space="0" w:color="auto"/>
              <w:left w:val="single" w:sz="2" w:space="0" w:color="auto"/>
              <w:bottom w:val="single" w:sz="2" w:space="0" w:color="auto"/>
              <w:right w:val="single" w:sz="2" w:space="0" w:color="auto"/>
            </w:tcBorders>
            <w:shd w:val="clear" w:color="auto" w:fill="C2D69B" w:themeFill="accent3" w:themeFillTint="99"/>
            <w:vAlign w:val="center"/>
          </w:tcPr>
          <w:p w14:paraId="7FB6E3BE" w14:textId="77777777" w:rsidR="00A47886" w:rsidRPr="007B5BDD" w:rsidRDefault="00A47886" w:rsidP="00C028BE">
            <w:pPr>
              <w:spacing w:after="0"/>
              <w:rPr>
                <w:rFonts w:cs="Times New Roman"/>
                <w:b/>
                <w:sz w:val="20"/>
                <w:szCs w:val="20"/>
              </w:rPr>
            </w:pPr>
            <w:r>
              <w:rPr>
                <w:rFonts w:cs="Times New Roman"/>
                <w:b/>
                <w:sz w:val="20"/>
                <w:szCs w:val="20"/>
              </w:rPr>
              <w:t>Margin</w:t>
            </w:r>
          </w:p>
        </w:tc>
        <w:tc>
          <w:tcPr>
            <w:tcW w:w="6910" w:type="dxa"/>
            <w:tcBorders>
              <w:top w:val="single" w:sz="2" w:space="0" w:color="auto"/>
              <w:left w:val="single" w:sz="2" w:space="0" w:color="auto"/>
              <w:bottom w:val="single" w:sz="2" w:space="0" w:color="auto"/>
              <w:right w:val="single" w:sz="2" w:space="0" w:color="auto"/>
            </w:tcBorders>
            <w:vAlign w:val="center"/>
          </w:tcPr>
          <w:p w14:paraId="264BE1B1" w14:textId="77777777" w:rsidR="00A47886" w:rsidRDefault="00A47886" w:rsidP="00C028BE">
            <w:pPr>
              <w:spacing w:after="0"/>
              <w:rPr>
                <w:rFonts w:cs="Times New Roman"/>
                <w:sz w:val="20"/>
                <w:szCs w:val="20"/>
              </w:rPr>
            </w:pPr>
            <w:r>
              <w:rPr>
                <w:rFonts w:cs="Times New Roman"/>
                <w:sz w:val="20"/>
                <w:szCs w:val="20"/>
              </w:rPr>
              <w:t>M</w:t>
            </w:r>
            <w:r w:rsidRPr="007B5BDD">
              <w:rPr>
                <w:rFonts w:cs="Times New Roman"/>
                <w:sz w:val="20"/>
                <w:szCs w:val="20"/>
              </w:rPr>
              <w:t xml:space="preserve">argin </w:t>
            </w:r>
            <w:r>
              <w:rPr>
                <w:rFonts w:cs="Times New Roman"/>
                <w:sz w:val="20"/>
                <w:szCs w:val="20"/>
              </w:rPr>
              <w:t xml:space="preserve">top/atas 2,2 cm, margin bottom/bawah 2,3 cm </w:t>
            </w:r>
          </w:p>
          <w:p w14:paraId="481E0BE8" w14:textId="77777777" w:rsidR="00A47886" w:rsidRPr="007B5BDD" w:rsidRDefault="00A47886" w:rsidP="00C028BE">
            <w:pPr>
              <w:spacing w:after="0"/>
              <w:rPr>
                <w:rFonts w:cs="Times New Roman"/>
                <w:sz w:val="20"/>
                <w:szCs w:val="20"/>
              </w:rPr>
            </w:pPr>
            <w:r>
              <w:rPr>
                <w:rFonts w:cs="Times New Roman"/>
                <w:sz w:val="20"/>
                <w:szCs w:val="20"/>
              </w:rPr>
              <w:t>M</w:t>
            </w:r>
            <w:r w:rsidRPr="007B5BDD">
              <w:rPr>
                <w:rFonts w:cs="Times New Roman"/>
                <w:sz w:val="20"/>
                <w:szCs w:val="20"/>
              </w:rPr>
              <w:t xml:space="preserve">argin </w:t>
            </w:r>
            <w:r>
              <w:rPr>
                <w:rFonts w:cs="Times New Roman"/>
                <w:sz w:val="20"/>
                <w:szCs w:val="20"/>
              </w:rPr>
              <w:t>left/kiri 2,5 cm margin right/kanan 2,5 cm</w:t>
            </w:r>
            <w:r w:rsidRPr="007B5BDD">
              <w:rPr>
                <w:rFonts w:cs="Times New Roman"/>
                <w:sz w:val="20"/>
                <w:szCs w:val="20"/>
              </w:rPr>
              <w:t xml:space="preserve"> </w:t>
            </w:r>
          </w:p>
        </w:tc>
      </w:tr>
      <w:tr w:rsidR="00A47886" w14:paraId="40A21638" w14:textId="77777777" w:rsidTr="00FA2FAC">
        <w:trPr>
          <w:jc w:val="center"/>
        </w:trPr>
        <w:tc>
          <w:tcPr>
            <w:tcW w:w="2376" w:type="dxa"/>
            <w:gridSpan w:val="2"/>
            <w:tcBorders>
              <w:top w:val="single" w:sz="2" w:space="0" w:color="auto"/>
              <w:left w:val="single" w:sz="2" w:space="0" w:color="auto"/>
              <w:bottom w:val="single" w:sz="2" w:space="0" w:color="auto"/>
              <w:right w:val="single" w:sz="2" w:space="0" w:color="auto"/>
            </w:tcBorders>
            <w:shd w:val="clear" w:color="auto" w:fill="C2D69B" w:themeFill="accent3" w:themeFillTint="99"/>
            <w:vAlign w:val="center"/>
          </w:tcPr>
          <w:p w14:paraId="0F95DF4A" w14:textId="77777777" w:rsidR="00A47886" w:rsidRPr="007B5BDD" w:rsidRDefault="00A47886" w:rsidP="00C028BE">
            <w:pPr>
              <w:spacing w:after="0"/>
              <w:rPr>
                <w:rFonts w:cs="Times New Roman"/>
                <w:b/>
                <w:sz w:val="20"/>
                <w:szCs w:val="20"/>
              </w:rPr>
            </w:pPr>
            <w:r w:rsidRPr="007B5BDD">
              <w:rPr>
                <w:rFonts w:cs="Times New Roman"/>
                <w:b/>
                <w:sz w:val="20"/>
                <w:szCs w:val="20"/>
              </w:rPr>
              <w:t>Jenis Huruf</w:t>
            </w:r>
          </w:p>
        </w:tc>
        <w:tc>
          <w:tcPr>
            <w:tcW w:w="6910" w:type="dxa"/>
            <w:tcBorders>
              <w:top w:val="single" w:sz="2" w:space="0" w:color="auto"/>
              <w:left w:val="single" w:sz="2" w:space="0" w:color="auto"/>
              <w:bottom w:val="single" w:sz="2" w:space="0" w:color="auto"/>
              <w:right w:val="single" w:sz="2" w:space="0" w:color="auto"/>
            </w:tcBorders>
            <w:vAlign w:val="center"/>
          </w:tcPr>
          <w:p w14:paraId="03A3DEAC" w14:textId="77777777" w:rsidR="00A47886" w:rsidRPr="007B5BDD" w:rsidRDefault="00A47886" w:rsidP="00C028BE">
            <w:pPr>
              <w:spacing w:after="0"/>
              <w:rPr>
                <w:rFonts w:cs="Times New Roman"/>
                <w:sz w:val="20"/>
                <w:szCs w:val="20"/>
              </w:rPr>
            </w:pPr>
            <w:r w:rsidRPr="007B5BDD">
              <w:rPr>
                <w:rFonts w:cs="Times New Roman"/>
                <w:sz w:val="20"/>
                <w:szCs w:val="20"/>
              </w:rPr>
              <w:t>Semua tulisan</w:t>
            </w:r>
            <w:r>
              <w:rPr>
                <w:rFonts w:cs="Times New Roman"/>
                <w:sz w:val="20"/>
                <w:szCs w:val="20"/>
              </w:rPr>
              <w:t xml:space="preserve"> dalam</w:t>
            </w:r>
            <w:r w:rsidRPr="007B5BDD">
              <w:rPr>
                <w:rFonts w:cs="Times New Roman"/>
                <w:sz w:val="20"/>
                <w:szCs w:val="20"/>
              </w:rPr>
              <w:t xml:space="preserve"> artiker menggunakan font </w:t>
            </w:r>
            <w:r w:rsidRPr="005137A7">
              <w:rPr>
                <w:rFonts w:cs="Times New Roman"/>
                <w:b/>
                <w:bCs/>
                <w:sz w:val="20"/>
                <w:szCs w:val="20"/>
              </w:rPr>
              <w:t>Times</w:t>
            </w:r>
            <w:r w:rsidRPr="007B5BDD">
              <w:rPr>
                <w:rFonts w:cs="Times New Roman"/>
                <w:sz w:val="20"/>
                <w:szCs w:val="20"/>
              </w:rPr>
              <w:t xml:space="preserve"> </w:t>
            </w:r>
            <w:r w:rsidRPr="005137A7">
              <w:rPr>
                <w:rFonts w:cs="Times New Roman"/>
                <w:b/>
                <w:bCs/>
                <w:sz w:val="20"/>
                <w:szCs w:val="20"/>
              </w:rPr>
              <w:t>New</w:t>
            </w:r>
            <w:r w:rsidRPr="007B5BDD">
              <w:rPr>
                <w:rFonts w:cs="Times New Roman"/>
                <w:sz w:val="20"/>
                <w:szCs w:val="20"/>
              </w:rPr>
              <w:t xml:space="preserve"> </w:t>
            </w:r>
            <w:r w:rsidRPr="005137A7">
              <w:rPr>
                <w:rFonts w:cs="Times New Roman"/>
                <w:b/>
                <w:bCs/>
                <w:sz w:val="20"/>
                <w:szCs w:val="20"/>
              </w:rPr>
              <w:t>Roman</w:t>
            </w:r>
          </w:p>
        </w:tc>
      </w:tr>
      <w:tr w:rsidR="00A47886" w14:paraId="7551510B" w14:textId="77777777" w:rsidTr="00FA2FAC">
        <w:trPr>
          <w:jc w:val="center"/>
        </w:trPr>
        <w:tc>
          <w:tcPr>
            <w:tcW w:w="2376" w:type="dxa"/>
            <w:gridSpan w:val="2"/>
            <w:tcBorders>
              <w:top w:val="single" w:sz="2" w:space="0" w:color="auto"/>
              <w:left w:val="single" w:sz="2" w:space="0" w:color="auto"/>
              <w:bottom w:val="single" w:sz="2" w:space="0" w:color="auto"/>
              <w:right w:val="single" w:sz="2" w:space="0" w:color="auto"/>
            </w:tcBorders>
            <w:shd w:val="clear" w:color="auto" w:fill="C2D69B" w:themeFill="accent3" w:themeFillTint="99"/>
            <w:vAlign w:val="center"/>
          </w:tcPr>
          <w:p w14:paraId="253B42DA" w14:textId="77777777" w:rsidR="00A47886" w:rsidRPr="007B5BDD" w:rsidRDefault="00A47886" w:rsidP="00C028BE">
            <w:pPr>
              <w:spacing w:after="0"/>
              <w:rPr>
                <w:rFonts w:cs="Times New Roman"/>
                <w:b/>
                <w:sz w:val="20"/>
                <w:szCs w:val="20"/>
              </w:rPr>
            </w:pPr>
            <w:r w:rsidRPr="007B5BDD">
              <w:rPr>
                <w:rFonts w:cs="Times New Roman"/>
                <w:b/>
                <w:bCs/>
                <w:sz w:val="20"/>
                <w:szCs w:val="20"/>
              </w:rPr>
              <w:t>Isi Naskah</w:t>
            </w:r>
          </w:p>
        </w:tc>
        <w:tc>
          <w:tcPr>
            <w:tcW w:w="6910" w:type="dxa"/>
            <w:tcBorders>
              <w:top w:val="single" w:sz="2" w:space="0" w:color="auto"/>
              <w:left w:val="single" w:sz="2" w:space="0" w:color="auto"/>
              <w:bottom w:val="single" w:sz="2" w:space="0" w:color="auto"/>
              <w:right w:val="single" w:sz="2" w:space="0" w:color="auto"/>
            </w:tcBorders>
            <w:vAlign w:val="center"/>
          </w:tcPr>
          <w:p w14:paraId="6D807D3C" w14:textId="77777777" w:rsidR="00A47886" w:rsidRPr="007B5BDD" w:rsidRDefault="00A47886" w:rsidP="00C028BE">
            <w:pPr>
              <w:spacing w:after="0"/>
              <w:rPr>
                <w:rFonts w:cs="Times New Roman"/>
                <w:sz w:val="20"/>
                <w:szCs w:val="20"/>
              </w:rPr>
            </w:pPr>
          </w:p>
        </w:tc>
      </w:tr>
      <w:tr w:rsidR="00A47886" w14:paraId="6702F0E0" w14:textId="77777777" w:rsidTr="00FA2FAC">
        <w:trPr>
          <w:jc w:val="center"/>
        </w:trPr>
        <w:tc>
          <w:tcPr>
            <w:tcW w:w="392" w:type="dxa"/>
            <w:tcBorders>
              <w:top w:val="single" w:sz="2" w:space="0" w:color="auto"/>
              <w:left w:val="single" w:sz="2" w:space="0" w:color="auto"/>
              <w:bottom w:val="single" w:sz="2" w:space="0" w:color="auto"/>
              <w:right w:val="single" w:sz="2" w:space="0" w:color="auto"/>
            </w:tcBorders>
            <w:shd w:val="clear" w:color="auto" w:fill="C2D69B" w:themeFill="accent3" w:themeFillTint="99"/>
            <w:vAlign w:val="center"/>
          </w:tcPr>
          <w:p w14:paraId="4B9F02B7" w14:textId="77777777" w:rsidR="00A47886" w:rsidRPr="007B5BDD" w:rsidRDefault="00A47886" w:rsidP="00C028BE">
            <w:pPr>
              <w:spacing w:after="0"/>
              <w:rPr>
                <w:rFonts w:cs="Times New Roman"/>
                <w:sz w:val="20"/>
                <w:szCs w:val="20"/>
              </w:rPr>
            </w:pPr>
            <w:r w:rsidRPr="00EB7278">
              <w:rPr>
                <w:rFonts w:cs="Times New Roman"/>
                <w:b/>
                <w:bCs/>
                <w:sz w:val="20"/>
                <w:szCs w:val="20"/>
              </w:rPr>
              <w:t>1</w:t>
            </w:r>
            <w:r>
              <w:rPr>
                <w:rFonts w:cs="Times New Roman"/>
                <w:b/>
                <w:bCs/>
                <w:sz w:val="20"/>
                <w:szCs w:val="20"/>
              </w:rPr>
              <w:t>.</w:t>
            </w:r>
          </w:p>
        </w:tc>
        <w:tc>
          <w:tcPr>
            <w:tcW w:w="1984" w:type="dxa"/>
            <w:tcBorders>
              <w:top w:val="single" w:sz="2" w:space="0" w:color="auto"/>
              <w:left w:val="single" w:sz="2" w:space="0" w:color="auto"/>
              <w:bottom w:val="single" w:sz="2" w:space="0" w:color="auto"/>
              <w:right w:val="single" w:sz="2" w:space="0" w:color="auto"/>
            </w:tcBorders>
            <w:shd w:val="clear" w:color="auto" w:fill="C2D69B" w:themeFill="accent3" w:themeFillTint="99"/>
            <w:vAlign w:val="center"/>
          </w:tcPr>
          <w:p w14:paraId="2E37F9BA" w14:textId="77777777" w:rsidR="00A47886" w:rsidRPr="007B5BDD" w:rsidRDefault="00A47886" w:rsidP="00C028BE">
            <w:pPr>
              <w:spacing w:after="0"/>
              <w:ind w:left="-96"/>
              <w:rPr>
                <w:rFonts w:cs="Times New Roman"/>
                <w:sz w:val="20"/>
                <w:szCs w:val="20"/>
              </w:rPr>
            </w:pPr>
            <w:r w:rsidRPr="007B5BDD">
              <w:rPr>
                <w:rFonts w:cs="Times New Roman"/>
                <w:b/>
                <w:bCs/>
                <w:sz w:val="20"/>
                <w:szCs w:val="20"/>
              </w:rPr>
              <w:t>Judul Naskah</w:t>
            </w:r>
          </w:p>
        </w:tc>
        <w:tc>
          <w:tcPr>
            <w:tcW w:w="6910" w:type="dxa"/>
            <w:tcBorders>
              <w:top w:val="single" w:sz="2" w:space="0" w:color="auto"/>
              <w:left w:val="single" w:sz="2" w:space="0" w:color="auto"/>
              <w:bottom w:val="single" w:sz="2" w:space="0" w:color="auto"/>
              <w:right w:val="single" w:sz="2" w:space="0" w:color="auto"/>
            </w:tcBorders>
            <w:vAlign w:val="center"/>
          </w:tcPr>
          <w:p w14:paraId="347426D8" w14:textId="77777777" w:rsidR="00A47886" w:rsidRPr="007B5BDD" w:rsidRDefault="00A47886" w:rsidP="00C028BE">
            <w:pPr>
              <w:spacing w:after="0"/>
              <w:rPr>
                <w:rFonts w:cs="Times New Roman"/>
                <w:sz w:val="20"/>
                <w:szCs w:val="20"/>
              </w:rPr>
            </w:pPr>
            <w:r w:rsidRPr="007B5BDD">
              <w:rPr>
                <w:rFonts w:cs="Times New Roman"/>
                <w:sz w:val="20"/>
                <w:szCs w:val="20"/>
              </w:rPr>
              <w:t>Font Times New Roman 1</w:t>
            </w:r>
            <w:r>
              <w:rPr>
                <w:rFonts w:cs="Times New Roman"/>
                <w:sz w:val="20"/>
                <w:szCs w:val="20"/>
              </w:rPr>
              <w:t xml:space="preserve">4, </w:t>
            </w:r>
            <w:r w:rsidRPr="007B5BDD">
              <w:rPr>
                <w:rFonts w:cs="Times New Roman"/>
                <w:sz w:val="20"/>
                <w:szCs w:val="20"/>
              </w:rPr>
              <w:t>pt Spasi 1,0</w:t>
            </w:r>
            <w:r>
              <w:rPr>
                <w:rFonts w:cs="Times New Roman"/>
                <w:sz w:val="20"/>
                <w:szCs w:val="20"/>
              </w:rPr>
              <w:t xml:space="preserve"> (bold). Spasi 1.0</w:t>
            </w:r>
          </w:p>
        </w:tc>
      </w:tr>
      <w:tr w:rsidR="00A47886" w14:paraId="63088288" w14:textId="77777777" w:rsidTr="00FA2FAC">
        <w:trPr>
          <w:jc w:val="center"/>
        </w:trPr>
        <w:tc>
          <w:tcPr>
            <w:tcW w:w="392" w:type="dxa"/>
            <w:tcBorders>
              <w:top w:val="single" w:sz="2" w:space="0" w:color="auto"/>
              <w:left w:val="single" w:sz="2" w:space="0" w:color="auto"/>
              <w:bottom w:val="single" w:sz="2" w:space="0" w:color="auto"/>
              <w:right w:val="single" w:sz="2" w:space="0" w:color="auto"/>
            </w:tcBorders>
            <w:shd w:val="clear" w:color="auto" w:fill="C2D69B" w:themeFill="accent3" w:themeFillTint="99"/>
            <w:vAlign w:val="center"/>
          </w:tcPr>
          <w:p w14:paraId="76DFBB5B" w14:textId="77777777" w:rsidR="00A47886" w:rsidRPr="00EB7278" w:rsidRDefault="00A47886" w:rsidP="00C028BE">
            <w:pPr>
              <w:pStyle w:val="ListParagraph"/>
              <w:spacing w:after="0"/>
              <w:ind w:left="294" w:hanging="294"/>
              <w:jc w:val="center"/>
              <w:rPr>
                <w:rFonts w:cs="Times New Roman"/>
                <w:b/>
                <w:bCs/>
                <w:sz w:val="20"/>
                <w:szCs w:val="20"/>
              </w:rPr>
            </w:pPr>
            <w:r w:rsidRPr="00EB7278">
              <w:rPr>
                <w:rFonts w:cs="Times New Roman"/>
                <w:b/>
                <w:bCs/>
                <w:sz w:val="20"/>
                <w:szCs w:val="20"/>
              </w:rPr>
              <w:t>2</w:t>
            </w:r>
            <w:r>
              <w:rPr>
                <w:rFonts w:cs="Times New Roman"/>
                <w:b/>
                <w:bCs/>
                <w:sz w:val="20"/>
                <w:szCs w:val="20"/>
              </w:rPr>
              <w:t>.</w:t>
            </w:r>
          </w:p>
        </w:tc>
        <w:tc>
          <w:tcPr>
            <w:tcW w:w="1984" w:type="dxa"/>
            <w:tcBorders>
              <w:top w:val="single" w:sz="2" w:space="0" w:color="auto"/>
              <w:left w:val="single" w:sz="2" w:space="0" w:color="auto"/>
              <w:bottom w:val="single" w:sz="2" w:space="0" w:color="auto"/>
              <w:right w:val="single" w:sz="2" w:space="0" w:color="auto"/>
            </w:tcBorders>
            <w:shd w:val="clear" w:color="auto" w:fill="C2D69B" w:themeFill="accent3" w:themeFillTint="99"/>
            <w:vAlign w:val="center"/>
          </w:tcPr>
          <w:p w14:paraId="0023872D" w14:textId="77777777" w:rsidR="00A47886" w:rsidRPr="007B5BDD" w:rsidRDefault="00A47886" w:rsidP="00C028BE">
            <w:pPr>
              <w:pStyle w:val="ListParagraph"/>
              <w:spacing w:after="0"/>
              <w:ind w:left="-106"/>
              <w:jc w:val="left"/>
              <w:rPr>
                <w:rFonts w:cs="Times New Roman"/>
                <w:sz w:val="20"/>
                <w:szCs w:val="20"/>
              </w:rPr>
            </w:pPr>
            <w:r>
              <w:rPr>
                <w:rFonts w:cs="Times New Roman"/>
                <w:b/>
                <w:bCs/>
                <w:sz w:val="20"/>
                <w:szCs w:val="20"/>
              </w:rPr>
              <w:t>Penulis</w:t>
            </w:r>
          </w:p>
        </w:tc>
        <w:tc>
          <w:tcPr>
            <w:tcW w:w="6910" w:type="dxa"/>
            <w:tcBorders>
              <w:top w:val="single" w:sz="2" w:space="0" w:color="auto"/>
              <w:left w:val="single" w:sz="2" w:space="0" w:color="auto"/>
              <w:bottom w:val="single" w:sz="2" w:space="0" w:color="auto"/>
              <w:right w:val="single" w:sz="2" w:space="0" w:color="auto"/>
            </w:tcBorders>
            <w:vAlign w:val="center"/>
          </w:tcPr>
          <w:p w14:paraId="6E057939" w14:textId="77777777" w:rsidR="00A47886" w:rsidRPr="007B5BDD" w:rsidRDefault="00A47886" w:rsidP="00C028BE">
            <w:pPr>
              <w:spacing w:after="0"/>
              <w:rPr>
                <w:rFonts w:cs="Times New Roman"/>
                <w:sz w:val="20"/>
                <w:szCs w:val="20"/>
              </w:rPr>
            </w:pPr>
            <w:r>
              <w:rPr>
                <w:rFonts w:cs="Times New Roman"/>
                <w:sz w:val="20"/>
                <w:szCs w:val="20"/>
              </w:rPr>
              <w:t xml:space="preserve">Font 11 pt, nama tanpa gelar menggunakan. Spasi 1,0 menggunakan email </w:t>
            </w:r>
            <w:r w:rsidRPr="003A5F87">
              <w:rPr>
                <w:rFonts w:cs="Times New Roman"/>
                <w:sz w:val="20"/>
                <w:szCs w:val="20"/>
              </w:rPr>
              <w:t>correspondensi</w:t>
            </w:r>
            <w:r>
              <w:rPr>
                <w:rFonts w:cs="Times New Roman"/>
                <w:sz w:val="20"/>
                <w:szCs w:val="20"/>
              </w:rPr>
              <w:t>.</w:t>
            </w:r>
          </w:p>
        </w:tc>
      </w:tr>
      <w:tr w:rsidR="00FA2FAC" w14:paraId="109513D8" w14:textId="77777777" w:rsidTr="00FA2FAC">
        <w:trPr>
          <w:jc w:val="center"/>
        </w:trPr>
        <w:tc>
          <w:tcPr>
            <w:tcW w:w="392" w:type="dxa"/>
            <w:tcBorders>
              <w:top w:val="single" w:sz="2" w:space="0" w:color="auto"/>
              <w:left w:val="single" w:sz="2" w:space="0" w:color="auto"/>
              <w:bottom w:val="single" w:sz="2" w:space="0" w:color="auto"/>
              <w:right w:val="single" w:sz="2" w:space="0" w:color="auto"/>
            </w:tcBorders>
            <w:shd w:val="clear" w:color="auto" w:fill="C2D69B" w:themeFill="accent3" w:themeFillTint="99"/>
            <w:vAlign w:val="center"/>
          </w:tcPr>
          <w:p w14:paraId="5884892D" w14:textId="77777777" w:rsidR="00FA2FAC" w:rsidRPr="00EB7278" w:rsidRDefault="00FA2FAC" w:rsidP="00FA2FAC">
            <w:pPr>
              <w:pStyle w:val="ListParagraph"/>
              <w:spacing w:after="0"/>
              <w:ind w:left="294" w:hanging="294"/>
              <w:jc w:val="center"/>
              <w:rPr>
                <w:rFonts w:cs="Times New Roman"/>
                <w:b/>
                <w:bCs/>
                <w:sz w:val="20"/>
                <w:szCs w:val="20"/>
              </w:rPr>
            </w:pPr>
            <w:r w:rsidRPr="00EB7278">
              <w:rPr>
                <w:rFonts w:cs="Times New Roman"/>
                <w:b/>
                <w:bCs/>
                <w:sz w:val="20"/>
                <w:szCs w:val="20"/>
              </w:rPr>
              <w:t>3</w:t>
            </w:r>
            <w:r>
              <w:rPr>
                <w:rFonts w:cs="Times New Roman"/>
                <w:b/>
                <w:bCs/>
                <w:sz w:val="20"/>
                <w:szCs w:val="20"/>
              </w:rPr>
              <w:t>.</w:t>
            </w:r>
          </w:p>
        </w:tc>
        <w:tc>
          <w:tcPr>
            <w:tcW w:w="1984" w:type="dxa"/>
            <w:tcBorders>
              <w:top w:val="single" w:sz="2" w:space="0" w:color="auto"/>
              <w:left w:val="single" w:sz="2" w:space="0" w:color="auto"/>
              <w:bottom w:val="single" w:sz="2" w:space="0" w:color="auto"/>
              <w:right w:val="single" w:sz="2" w:space="0" w:color="auto"/>
            </w:tcBorders>
            <w:shd w:val="clear" w:color="auto" w:fill="C2D69B" w:themeFill="accent3" w:themeFillTint="99"/>
            <w:vAlign w:val="center"/>
          </w:tcPr>
          <w:p w14:paraId="6F8F6128" w14:textId="77777777" w:rsidR="00FA2FAC" w:rsidRPr="007B5BDD" w:rsidRDefault="00FA2FAC" w:rsidP="00FA2FAC">
            <w:pPr>
              <w:pStyle w:val="ListParagraph"/>
              <w:spacing w:after="0"/>
              <w:ind w:left="-106"/>
              <w:jc w:val="left"/>
              <w:rPr>
                <w:rFonts w:cs="Times New Roman"/>
                <w:b/>
                <w:bCs/>
                <w:sz w:val="20"/>
                <w:szCs w:val="20"/>
              </w:rPr>
            </w:pPr>
            <w:r w:rsidRPr="007B5BDD">
              <w:rPr>
                <w:rFonts w:cs="Times New Roman"/>
                <w:b/>
                <w:sz w:val="20"/>
                <w:szCs w:val="20"/>
              </w:rPr>
              <w:t xml:space="preserve">Abstrak </w:t>
            </w:r>
          </w:p>
        </w:tc>
        <w:tc>
          <w:tcPr>
            <w:tcW w:w="6910" w:type="dxa"/>
            <w:tcBorders>
              <w:top w:val="single" w:sz="2" w:space="0" w:color="auto"/>
              <w:left w:val="single" w:sz="2" w:space="0" w:color="auto"/>
              <w:bottom w:val="single" w:sz="2" w:space="0" w:color="auto"/>
              <w:right w:val="single" w:sz="2" w:space="0" w:color="auto"/>
            </w:tcBorders>
            <w:vAlign w:val="center"/>
          </w:tcPr>
          <w:p w14:paraId="6A8F2541" w14:textId="1C174B53" w:rsidR="00FA2FAC" w:rsidRPr="007B5BDD" w:rsidRDefault="00FA2FAC" w:rsidP="00FA2FAC">
            <w:pPr>
              <w:spacing w:after="0"/>
              <w:rPr>
                <w:rFonts w:cs="Times New Roman"/>
                <w:sz w:val="20"/>
                <w:szCs w:val="20"/>
              </w:rPr>
            </w:pPr>
            <w:r>
              <w:rPr>
                <w:rFonts w:cs="Times New Roman"/>
                <w:sz w:val="20"/>
                <w:szCs w:val="20"/>
              </w:rPr>
              <w:t xml:space="preserve">Menggunakan Bahasa Indonesia, </w:t>
            </w:r>
            <w:r w:rsidRPr="007B5BDD">
              <w:rPr>
                <w:rFonts w:cs="Times New Roman"/>
                <w:sz w:val="20"/>
                <w:szCs w:val="20"/>
              </w:rPr>
              <w:t xml:space="preserve">Font </w:t>
            </w:r>
            <w:r>
              <w:rPr>
                <w:rFonts w:cs="Times New Roman"/>
                <w:sz w:val="20"/>
                <w:szCs w:val="20"/>
              </w:rPr>
              <w:t>10</w:t>
            </w:r>
            <w:r w:rsidRPr="007B5BDD">
              <w:rPr>
                <w:rFonts w:cs="Times New Roman"/>
                <w:sz w:val="20"/>
                <w:szCs w:val="20"/>
              </w:rPr>
              <w:t>,</w:t>
            </w:r>
            <w:r>
              <w:rPr>
                <w:rFonts w:cs="Times New Roman"/>
                <w:sz w:val="20"/>
                <w:szCs w:val="20"/>
              </w:rPr>
              <w:t xml:space="preserve"> pt, Tegak</w:t>
            </w:r>
            <w:r w:rsidRPr="007B5BDD">
              <w:rPr>
                <w:rFonts w:cs="Times New Roman"/>
                <w:sz w:val="20"/>
                <w:szCs w:val="20"/>
              </w:rPr>
              <w:t xml:space="preserve"> spasi 1,0</w:t>
            </w:r>
            <w:r>
              <w:rPr>
                <w:rFonts w:cs="Times New Roman"/>
                <w:sz w:val="20"/>
                <w:szCs w:val="20"/>
              </w:rPr>
              <w:t xml:space="preserve"> </w:t>
            </w:r>
            <w:r w:rsidRPr="003A5F87">
              <w:rPr>
                <w:rFonts w:cs="Times New Roman"/>
                <w:i/>
                <w:iCs/>
                <w:sz w:val="20"/>
                <w:szCs w:val="20"/>
              </w:rPr>
              <w:t xml:space="preserve"> </w:t>
            </w:r>
            <w:r w:rsidRPr="003A5F87">
              <w:rPr>
                <w:rFonts w:cs="Times New Roman"/>
                <w:sz w:val="20"/>
                <w:szCs w:val="20"/>
              </w:rPr>
              <w:t>[satu pragraf]</w:t>
            </w:r>
            <w:r>
              <w:rPr>
                <w:rFonts w:cs="Times New Roman"/>
                <w:i/>
                <w:iCs/>
                <w:sz w:val="20"/>
                <w:szCs w:val="20"/>
              </w:rPr>
              <w:t xml:space="preserve"> </w:t>
            </w:r>
          </w:p>
        </w:tc>
      </w:tr>
      <w:tr w:rsidR="00FA2FAC" w14:paraId="3866C17D" w14:textId="77777777" w:rsidTr="00FA2FAC">
        <w:trPr>
          <w:jc w:val="center"/>
        </w:trPr>
        <w:tc>
          <w:tcPr>
            <w:tcW w:w="392" w:type="dxa"/>
            <w:tcBorders>
              <w:top w:val="single" w:sz="2" w:space="0" w:color="auto"/>
              <w:left w:val="single" w:sz="2" w:space="0" w:color="auto"/>
              <w:bottom w:val="single" w:sz="2" w:space="0" w:color="auto"/>
              <w:right w:val="single" w:sz="2" w:space="0" w:color="auto"/>
            </w:tcBorders>
            <w:shd w:val="clear" w:color="auto" w:fill="C2D69B" w:themeFill="accent3" w:themeFillTint="99"/>
            <w:vAlign w:val="center"/>
          </w:tcPr>
          <w:p w14:paraId="42270828" w14:textId="77777777" w:rsidR="00FA2FAC" w:rsidRPr="00EB7278" w:rsidRDefault="00FA2FAC" w:rsidP="00FA2FAC">
            <w:pPr>
              <w:pStyle w:val="ListParagraph"/>
              <w:spacing w:after="0"/>
              <w:ind w:left="294" w:hanging="294"/>
              <w:jc w:val="center"/>
              <w:rPr>
                <w:rFonts w:cs="Times New Roman"/>
                <w:b/>
                <w:bCs/>
                <w:sz w:val="20"/>
                <w:szCs w:val="20"/>
              </w:rPr>
            </w:pPr>
            <w:r w:rsidRPr="00EB7278">
              <w:rPr>
                <w:rFonts w:cs="Times New Roman"/>
                <w:b/>
                <w:bCs/>
                <w:sz w:val="20"/>
                <w:szCs w:val="20"/>
              </w:rPr>
              <w:t>4</w:t>
            </w:r>
            <w:r>
              <w:rPr>
                <w:rFonts w:cs="Times New Roman"/>
                <w:b/>
                <w:bCs/>
                <w:sz w:val="20"/>
                <w:szCs w:val="20"/>
              </w:rPr>
              <w:t>.</w:t>
            </w:r>
          </w:p>
        </w:tc>
        <w:tc>
          <w:tcPr>
            <w:tcW w:w="1984" w:type="dxa"/>
            <w:tcBorders>
              <w:top w:val="single" w:sz="2" w:space="0" w:color="auto"/>
              <w:left w:val="single" w:sz="2" w:space="0" w:color="auto"/>
              <w:bottom w:val="single" w:sz="2" w:space="0" w:color="auto"/>
              <w:right w:val="single" w:sz="2" w:space="0" w:color="auto"/>
            </w:tcBorders>
            <w:shd w:val="clear" w:color="auto" w:fill="C2D69B" w:themeFill="accent3" w:themeFillTint="99"/>
            <w:vAlign w:val="center"/>
          </w:tcPr>
          <w:p w14:paraId="6E70B355" w14:textId="77777777" w:rsidR="00FA2FAC" w:rsidRPr="007B5BDD" w:rsidRDefault="00FA2FAC" w:rsidP="00FA2FAC">
            <w:pPr>
              <w:pStyle w:val="ListParagraph"/>
              <w:spacing w:after="0"/>
              <w:ind w:left="-106"/>
              <w:jc w:val="left"/>
              <w:rPr>
                <w:rFonts w:cs="Times New Roman"/>
                <w:sz w:val="20"/>
                <w:szCs w:val="20"/>
              </w:rPr>
            </w:pPr>
            <w:r w:rsidRPr="003A5F87">
              <w:rPr>
                <w:rFonts w:cs="Times New Roman"/>
                <w:b/>
                <w:i/>
                <w:iCs/>
                <w:sz w:val="20"/>
                <w:szCs w:val="20"/>
              </w:rPr>
              <w:t>Abstack</w:t>
            </w:r>
          </w:p>
        </w:tc>
        <w:tc>
          <w:tcPr>
            <w:tcW w:w="6910" w:type="dxa"/>
            <w:tcBorders>
              <w:top w:val="single" w:sz="2" w:space="0" w:color="auto"/>
              <w:left w:val="single" w:sz="2" w:space="0" w:color="auto"/>
              <w:bottom w:val="single" w:sz="2" w:space="0" w:color="auto"/>
              <w:right w:val="single" w:sz="2" w:space="0" w:color="auto"/>
            </w:tcBorders>
            <w:vAlign w:val="center"/>
          </w:tcPr>
          <w:p w14:paraId="749CA4AF" w14:textId="6837DD15" w:rsidR="00FA2FAC" w:rsidRPr="003A5F87" w:rsidRDefault="00FA2FAC" w:rsidP="00FA2FAC">
            <w:pPr>
              <w:spacing w:after="0"/>
              <w:rPr>
                <w:rFonts w:cs="Times New Roman"/>
                <w:i/>
                <w:iCs/>
                <w:sz w:val="20"/>
                <w:szCs w:val="20"/>
              </w:rPr>
            </w:pPr>
            <w:r w:rsidRPr="003A5F87">
              <w:rPr>
                <w:rFonts w:cs="Times New Roman"/>
                <w:i/>
                <w:iCs/>
                <w:sz w:val="20"/>
                <w:szCs w:val="20"/>
              </w:rPr>
              <w:t>Menggunakan Bahasa Inggris Font 1</w:t>
            </w:r>
            <w:r>
              <w:rPr>
                <w:rFonts w:cs="Times New Roman"/>
                <w:i/>
                <w:iCs/>
                <w:sz w:val="20"/>
                <w:szCs w:val="20"/>
              </w:rPr>
              <w:t>0</w:t>
            </w:r>
            <w:r w:rsidRPr="003A5F87">
              <w:rPr>
                <w:rFonts w:cs="Times New Roman"/>
                <w:i/>
                <w:iCs/>
                <w:sz w:val="20"/>
                <w:szCs w:val="20"/>
              </w:rPr>
              <w:t xml:space="preserve">, pt </w:t>
            </w:r>
            <w:r>
              <w:rPr>
                <w:rFonts w:cs="Times New Roman"/>
                <w:i/>
                <w:iCs/>
                <w:sz w:val="20"/>
                <w:szCs w:val="20"/>
              </w:rPr>
              <w:t>m</w:t>
            </w:r>
            <w:r w:rsidRPr="003A5F87">
              <w:rPr>
                <w:rFonts w:cs="Times New Roman"/>
                <w:i/>
                <w:iCs/>
                <w:sz w:val="20"/>
                <w:szCs w:val="20"/>
              </w:rPr>
              <w:t>iring</w:t>
            </w:r>
            <w:r>
              <w:rPr>
                <w:rFonts w:cs="Times New Roman"/>
                <w:i/>
                <w:iCs/>
                <w:sz w:val="20"/>
                <w:szCs w:val="20"/>
              </w:rPr>
              <w:t xml:space="preserve"> </w:t>
            </w:r>
            <w:r w:rsidRPr="003A5F87">
              <w:rPr>
                <w:rFonts w:cs="Times New Roman"/>
                <w:i/>
                <w:iCs/>
                <w:sz w:val="20"/>
                <w:szCs w:val="20"/>
              </w:rPr>
              <w:t>spasi 1,0</w:t>
            </w:r>
            <w:r>
              <w:rPr>
                <w:rFonts w:cs="Times New Roman"/>
                <w:i/>
                <w:iCs/>
                <w:sz w:val="20"/>
                <w:szCs w:val="20"/>
              </w:rPr>
              <w:t xml:space="preserve"> </w:t>
            </w:r>
            <w:r w:rsidRPr="003A5F87">
              <w:rPr>
                <w:rFonts w:cs="Times New Roman"/>
                <w:i/>
                <w:iCs/>
                <w:sz w:val="20"/>
                <w:szCs w:val="20"/>
              </w:rPr>
              <w:t xml:space="preserve"> </w:t>
            </w:r>
            <w:r>
              <w:rPr>
                <w:rFonts w:cs="Times New Roman"/>
                <w:i/>
                <w:iCs/>
                <w:sz w:val="20"/>
                <w:szCs w:val="20"/>
              </w:rPr>
              <w:t xml:space="preserve">[satu pragraf] </w:t>
            </w:r>
            <w:r w:rsidRPr="003A5F87">
              <w:rPr>
                <w:rFonts w:cs="Times New Roman"/>
                <w:i/>
                <w:iCs/>
                <w:sz w:val="20"/>
                <w:szCs w:val="20"/>
              </w:rPr>
              <w:t xml:space="preserve"> </w:t>
            </w:r>
          </w:p>
        </w:tc>
      </w:tr>
      <w:tr w:rsidR="00A47886" w14:paraId="11AFB6DA" w14:textId="77777777" w:rsidTr="00FA2FAC">
        <w:trPr>
          <w:jc w:val="center"/>
        </w:trPr>
        <w:tc>
          <w:tcPr>
            <w:tcW w:w="392" w:type="dxa"/>
            <w:tcBorders>
              <w:top w:val="single" w:sz="2" w:space="0" w:color="auto"/>
              <w:left w:val="single" w:sz="2" w:space="0" w:color="auto"/>
              <w:bottom w:val="single" w:sz="2" w:space="0" w:color="auto"/>
              <w:right w:val="single" w:sz="2" w:space="0" w:color="auto"/>
            </w:tcBorders>
            <w:shd w:val="clear" w:color="auto" w:fill="C2D69B" w:themeFill="accent3" w:themeFillTint="99"/>
            <w:vAlign w:val="center"/>
          </w:tcPr>
          <w:p w14:paraId="5919B23F" w14:textId="77777777" w:rsidR="00A47886" w:rsidRPr="00EB7278" w:rsidRDefault="00A47886" w:rsidP="00C028BE">
            <w:pPr>
              <w:pStyle w:val="ListParagraph"/>
              <w:spacing w:after="0"/>
              <w:ind w:left="294" w:hanging="294"/>
              <w:jc w:val="center"/>
              <w:rPr>
                <w:rFonts w:cs="Times New Roman"/>
                <w:b/>
                <w:bCs/>
                <w:sz w:val="20"/>
                <w:szCs w:val="20"/>
              </w:rPr>
            </w:pPr>
            <w:r w:rsidRPr="00EB7278">
              <w:rPr>
                <w:rFonts w:cs="Times New Roman"/>
                <w:b/>
                <w:bCs/>
                <w:sz w:val="20"/>
                <w:szCs w:val="20"/>
              </w:rPr>
              <w:t>5</w:t>
            </w:r>
            <w:r>
              <w:rPr>
                <w:rFonts w:cs="Times New Roman"/>
                <w:b/>
                <w:bCs/>
                <w:sz w:val="20"/>
                <w:szCs w:val="20"/>
              </w:rPr>
              <w:t>.</w:t>
            </w:r>
          </w:p>
        </w:tc>
        <w:tc>
          <w:tcPr>
            <w:tcW w:w="1984" w:type="dxa"/>
            <w:tcBorders>
              <w:top w:val="single" w:sz="2" w:space="0" w:color="auto"/>
              <w:left w:val="single" w:sz="2" w:space="0" w:color="auto"/>
              <w:bottom w:val="single" w:sz="2" w:space="0" w:color="auto"/>
              <w:right w:val="single" w:sz="2" w:space="0" w:color="auto"/>
            </w:tcBorders>
            <w:shd w:val="clear" w:color="auto" w:fill="C2D69B" w:themeFill="accent3" w:themeFillTint="99"/>
            <w:vAlign w:val="center"/>
          </w:tcPr>
          <w:p w14:paraId="49D812EC" w14:textId="77777777" w:rsidR="00A47886" w:rsidRPr="007B5BDD" w:rsidRDefault="00A47886" w:rsidP="00C028BE">
            <w:pPr>
              <w:pStyle w:val="ListParagraph"/>
              <w:spacing w:after="0"/>
              <w:ind w:left="-106"/>
              <w:jc w:val="left"/>
              <w:rPr>
                <w:rFonts w:cs="Times New Roman"/>
                <w:b/>
                <w:sz w:val="20"/>
                <w:szCs w:val="20"/>
              </w:rPr>
            </w:pPr>
            <w:r w:rsidRPr="007B5BDD">
              <w:rPr>
                <w:rFonts w:cs="Times New Roman"/>
                <w:b/>
                <w:bCs/>
                <w:sz w:val="20"/>
                <w:szCs w:val="20"/>
              </w:rPr>
              <w:t>Pendahuluan</w:t>
            </w:r>
          </w:p>
        </w:tc>
        <w:tc>
          <w:tcPr>
            <w:tcW w:w="6910" w:type="dxa"/>
            <w:tcBorders>
              <w:top w:val="single" w:sz="2" w:space="0" w:color="auto"/>
              <w:left w:val="single" w:sz="2" w:space="0" w:color="auto"/>
              <w:bottom w:val="single" w:sz="2" w:space="0" w:color="auto"/>
              <w:right w:val="single" w:sz="2" w:space="0" w:color="auto"/>
            </w:tcBorders>
            <w:vAlign w:val="center"/>
          </w:tcPr>
          <w:p w14:paraId="015AC121" w14:textId="77777777" w:rsidR="00A47886" w:rsidRPr="007B5BDD" w:rsidRDefault="00A47886" w:rsidP="00C028BE">
            <w:pPr>
              <w:spacing w:after="0"/>
              <w:rPr>
                <w:rFonts w:cs="Times New Roman"/>
                <w:sz w:val="20"/>
                <w:szCs w:val="20"/>
              </w:rPr>
            </w:pPr>
            <w:r w:rsidRPr="007B5BDD">
              <w:rPr>
                <w:rFonts w:cs="Times New Roman"/>
                <w:sz w:val="20"/>
                <w:szCs w:val="20"/>
              </w:rPr>
              <w:t>Font Times New Roman 1</w:t>
            </w:r>
            <w:r>
              <w:rPr>
                <w:rFonts w:cs="Times New Roman"/>
                <w:sz w:val="20"/>
                <w:szCs w:val="20"/>
              </w:rPr>
              <w:t>2</w:t>
            </w:r>
            <w:r w:rsidRPr="007B5BDD">
              <w:rPr>
                <w:rFonts w:cs="Times New Roman"/>
                <w:sz w:val="20"/>
                <w:szCs w:val="20"/>
              </w:rPr>
              <w:t xml:space="preserve">, </w:t>
            </w:r>
            <w:r>
              <w:rPr>
                <w:rFonts w:cs="Times New Roman"/>
                <w:sz w:val="20"/>
                <w:szCs w:val="20"/>
              </w:rPr>
              <w:t xml:space="preserve">pt </w:t>
            </w:r>
            <w:r w:rsidRPr="007B5BDD">
              <w:rPr>
                <w:rFonts w:cs="Times New Roman"/>
                <w:sz w:val="20"/>
                <w:szCs w:val="20"/>
              </w:rPr>
              <w:t>spasi 1,</w:t>
            </w:r>
            <w:r>
              <w:rPr>
                <w:rFonts w:cs="Times New Roman"/>
                <w:sz w:val="20"/>
                <w:szCs w:val="20"/>
              </w:rPr>
              <w:t>5</w:t>
            </w:r>
            <w:r w:rsidRPr="007B5BDD">
              <w:rPr>
                <w:rFonts w:cs="Times New Roman"/>
                <w:sz w:val="20"/>
                <w:szCs w:val="20"/>
              </w:rPr>
              <w:t xml:space="preserve"> </w:t>
            </w:r>
          </w:p>
        </w:tc>
      </w:tr>
      <w:tr w:rsidR="00A47886" w14:paraId="16460AE0" w14:textId="77777777" w:rsidTr="00FA2FAC">
        <w:trPr>
          <w:jc w:val="center"/>
        </w:trPr>
        <w:tc>
          <w:tcPr>
            <w:tcW w:w="392" w:type="dxa"/>
            <w:tcBorders>
              <w:top w:val="single" w:sz="2" w:space="0" w:color="auto"/>
              <w:left w:val="single" w:sz="2" w:space="0" w:color="auto"/>
              <w:bottom w:val="single" w:sz="2" w:space="0" w:color="auto"/>
              <w:right w:val="single" w:sz="2" w:space="0" w:color="auto"/>
            </w:tcBorders>
            <w:shd w:val="clear" w:color="auto" w:fill="C2D69B" w:themeFill="accent3" w:themeFillTint="99"/>
            <w:vAlign w:val="center"/>
          </w:tcPr>
          <w:p w14:paraId="1D0694F4" w14:textId="77777777" w:rsidR="00A47886" w:rsidRPr="00EB7278" w:rsidRDefault="00A47886" w:rsidP="00C028BE">
            <w:pPr>
              <w:pStyle w:val="ListParagraph"/>
              <w:spacing w:after="0"/>
              <w:ind w:left="308" w:hanging="294"/>
              <w:jc w:val="center"/>
              <w:rPr>
                <w:rFonts w:cs="Times New Roman"/>
                <w:b/>
                <w:bCs/>
                <w:sz w:val="20"/>
                <w:szCs w:val="20"/>
              </w:rPr>
            </w:pPr>
            <w:r w:rsidRPr="00EB7278">
              <w:rPr>
                <w:rFonts w:cs="Times New Roman"/>
                <w:b/>
                <w:bCs/>
                <w:sz w:val="20"/>
                <w:szCs w:val="20"/>
              </w:rPr>
              <w:t>6</w:t>
            </w:r>
            <w:r>
              <w:rPr>
                <w:rFonts w:cs="Times New Roman"/>
                <w:b/>
                <w:bCs/>
                <w:sz w:val="20"/>
                <w:szCs w:val="20"/>
              </w:rPr>
              <w:t>.</w:t>
            </w:r>
          </w:p>
        </w:tc>
        <w:tc>
          <w:tcPr>
            <w:tcW w:w="1984" w:type="dxa"/>
            <w:tcBorders>
              <w:top w:val="single" w:sz="2" w:space="0" w:color="auto"/>
              <w:left w:val="single" w:sz="2" w:space="0" w:color="auto"/>
              <w:bottom w:val="single" w:sz="2" w:space="0" w:color="auto"/>
              <w:right w:val="single" w:sz="2" w:space="0" w:color="auto"/>
            </w:tcBorders>
            <w:shd w:val="clear" w:color="auto" w:fill="C2D69B" w:themeFill="accent3" w:themeFillTint="99"/>
            <w:vAlign w:val="center"/>
          </w:tcPr>
          <w:p w14:paraId="208D05C2" w14:textId="77777777" w:rsidR="00A47886" w:rsidRPr="00EB7278" w:rsidRDefault="00A47886" w:rsidP="00C028BE">
            <w:pPr>
              <w:spacing w:after="0"/>
              <w:ind w:left="-106"/>
              <w:jc w:val="left"/>
              <w:rPr>
                <w:rFonts w:cs="Times New Roman"/>
                <w:b/>
                <w:bCs/>
                <w:sz w:val="20"/>
                <w:szCs w:val="20"/>
              </w:rPr>
            </w:pPr>
            <w:r w:rsidRPr="007B5BDD">
              <w:rPr>
                <w:rFonts w:cs="Times New Roman"/>
                <w:b/>
                <w:bCs/>
                <w:sz w:val="20"/>
                <w:szCs w:val="20"/>
              </w:rPr>
              <w:t>Metode Penelitian</w:t>
            </w:r>
          </w:p>
        </w:tc>
        <w:tc>
          <w:tcPr>
            <w:tcW w:w="6910" w:type="dxa"/>
            <w:tcBorders>
              <w:top w:val="single" w:sz="2" w:space="0" w:color="auto"/>
              <w:left w:val="single" w:sz="2" w:space="0" w:color="auto"/>
              <w:bottom w:val="single" w:sz="2" w:space="0" w:color="auto"/>
              <w:right w:val="single" w:sz="2" w:space="0" w:color="auto"/>
            </w:tcBorders>
            <w:vAlign w:val="center"/>
          </w:tcPr>
          <w:p w14:paraId="5D22ACA5" w14:textId="77777777" w:rsidR="00A47886" w:rsidRPr="007B5BDD" w:rsidRDefault="00A47886" w:rsidP="00C028BE">
            <w:pPr>
              <w:spacing w:after="0"/>
              <w:rPr>
                <w:rFonts w:cs="Times New Roman"/>
                <w:sz w:val="20"/>
                <w:szCs w:val="20"/>
              </w:rPr>
            </w:pPr>
            <w:r w:rsidRPr="007B5BDD">
              <w:rPr>
                <w:rFonts w:cs="Times New Roman"/>
                <w:sz w:val="20"/>
                <w:szCs w:val="20"/>
              </w:rPr>
              <w:t xml:space="preserve">Font Times New Roman 12, </w:t>
            </w:r>
            <w:r>
              <w:rPr>
                <w:rFonts w:cs="Times New Roman"/>
                <w:sz w:val="20"/>
                <w:szCs w:val="20"/>
              </w:rPr>
              <w:t xml:space="preserve">pt </w:t>
            </w:r>
            <w:r w:rsidRPr="007B5BDD">
              <w:rPr>
                <w:rFonts w:cs="Times New Roman"/>
                <w:sz w:val="20"/>
                <w:szCs w:val="20"/>
              </w:rPr>
              <w:t>spasi 1,</w:t>
            </w:r>
            <w:r>
              <w:rPr>
                <w:rFonts w:cs="Times New Roman"/>
                <w:sz w:val="20"/>
                <w:szCs w:val="20"/>
              </w:rPr>
              <w:t>5</w:t>
            </w:r>
            <w:r w:rsidRPr="007B5BDD">
              <w:rPr>
                <w:rFonts w:cs="Times New Roman"/>
                <w:sz w:val="20"/>
                <w:szCs w:val="20"/>
              </w:rPr>
              <w:t xml:space="preserve"> </w:t>
            </w:r>
          </w:p>
        </w:tc>
      </w:tr>
      <w:tr w:rsidR="00A47886" w14:paraId="29136636" w14:textId="77777777" w:rsidTr="00FA2FAC">
        <w:trPr>
          <w:jc w:val="center"/>
        </w:trPr>
        <w:tc>
          <w:tcPr>
            <w:tcW w:w="392" w:type="dxa"/>
            <w:tcBorders>
              <w:top w:val="single" w:sz="2" w:space="0" w:color="auto"/>
              <w:left w:val="single" w:sz="2" w:space="0" w:color="auto"/>
              <w:bottom w:val="single" w:sz="2" w:space="0" w:color="auto"/>
              <w:right w:val="single" w:sz="2" w:space="0" w:color="auto"/>
            </w:tcBorders>
            <w:shd w:val="clear" w:color="auto" w:fill="C2D69B" w:themeFill="accent3" w:themeFillTint="99"/>
            <w:vAlign w:val="center"/>
          </w:tcPr>
          <w:p w14:paraId="181BF5C4" w14:textId="77777777" w:rsidR="00A47886" w:rsidRPr="00EB7278" w:rsidRDefault="00A47886" w:rsidP="00C028BE">
            <w:pPr>
              <w:pStyle w:val="ListParagraph"/>
              <w:spacing w:after="0"/>
              <w:ind w:left="284" w:hanging="294"/>
              <w:jc w:val="center"/>
              <w:rPr>
                <w:rFonts w:cs="Times New Roman"/>
                <w:b/>
                <w:bCs/>
                <w:sz w:val="20"/>
                <w:szCs w:val="20"/>
              </w:rPr>
            </w:pPr>
            <w:r w:rsidRPr="00EB7278">
              <w:rPr>
                <w:rFonts w:cs="Times New Roman"/>
                <w:b/>
                <w:bCs/>
                <w:sz w:val="20"/>
                <w:szCs w:val="20"/>
              </w:rPr>
              <w:t>7</w:t>
            </w:r>
            <w:r>
              <w:rPr>
                <w:rFonts w:cs="Times New Roman"/>
                <w:b/>
                <w:bCs/>
                <w:sz w:val="20"/>
                <w:szCs w:val="20"/>
              </w:rPr>
              <w:t>.</w:t>
            </w:r>
          </w:p>
        </w:tc>
        <w:tc>
          <w:tcPr>
            <w:tcW w:w="1984" w:type="dxa"/>
            <w:tcBorders>
              <w:top w:val="single" w:sz="2" w:space="0" w:color="auto"/>
              <w:left w:val="single" w:sz="2" w:space="0" w:color="auto"/>
              <w:bottom w:val="single" w:sz="2" w:space="0" w:color="auto"/>
              <w:right w:val="single" w:sz="2" w:space="0" w:color="auto"/>
            </w:tcBorders>
            <w:shd w:val="clear" w:color="auto" w:fill="C2D69B" w:themeFill="accent3" w:themeFillTint="99"/>
            <w:vAlign w:val="center"/>
          </w:tcPr>
          <w:p w14:paraId="03B01123" w14:textId="77777777" w:rsidR="00A47886" w:rsidRPr="007B5BDD" w:rsidRDefault="00A47886" w:rsidP="00C028BE">
            <w:pPr>
              <w:pStyle w:val="ListParagraph"/>
              <w:spacing w:after="0"/>
              <w:ind w:left="-106" w:right="-109"/>
              <w:jc w:val="left"/>
              <w:rPr>
                <w:rFonts w:cs="Times New Roman"/>
                <w:b/>
                <w:bCs/>
                <w:sz w:val="20"/>
                <w:szCs w:val="20"/>
              </w:rPr>
            </w:pPr>
            <w:r w:rsidRPr="007B5BDD">
              <w:rPr>
                <w:rFonts w:cs="Times New Roman"/>
                <w:b/>
                <w:bCs/>
                <w:sz w:val="20"/>
                <w:szCs w:val="20"/>
              </w:rPr>
              <w:t>Hasil dan Pembahasan</w:t>
            </w:r>
          </w:p>
        </w:tc>
        <w:tc>
          <w:tcPr>
            <w:tcW w:w="6910" w:type="dxa"/>
            <w:tcBorders>
              <w:top w:val="single" w:sz="2" w:space="0" w:color="auto"/>
              <w:left w:val="single" w:sz="2" w:space="0" w:color="auto"/>
              <w:bottom w:val="single" w:sz="2" w:space="0" w:color="auto"/>
              <w:right w:val="single" w:sz="2" w:space="0" w:color="auto"/>
            </w:tcBorders>
            <w:vAlign w:val="center"/>
          </w:tcPr>
          <w:p w14:paraId="148E1048" w14:textId="77777777" w:rsidR="00A47886" w:rsidRPr="007B5BDD" w:rsidRDefault="00A47886" w:rsidP="00C028BE">
            <w:pPr>
              <w:spacing w:after="0"/>
              <w:rPr>
                <w:rFonts w:cs="Times New Roman"/>
                <w:sz w:val="20"/>
                <w:szCs w:val="20"/>
              </w:rPr>
            </w:pPr>
            <w:r w:rsidRPr="007B5BDD">
              <w:rPr>
                <w:rFonts w:cs="Times New Roman"/>
                <w:sz w:val="20"/>
                <w:szCs w:val="20"/>
              </w:rPr>
              <w:t xml:space="preserve">Font Times New Roman 12, </w:t>
            </w:r>
            <w:r>
              <w:rPr>
                <w:rFonts w:cs="Times New Roman"/>
                <w:sz w:val="20"/>
                <w:szCs w:val="20"/>
              </w:rPr>
              <w:t xml:space="preserve">pt </w:t>
            </w:r>
            <w:r w:rsidRPr="007B5BDD">
              <w:rPr>
                <w:rFonts w:cs="Times New Roman"/>
                <w:sz w:val="20"/>
                <w:szCs w:val="20"/>
              </w:rPr>
              <w:t>spasi 1,</w:t>
            </w:r>
            <w:r>
              <w:rPr>
                <w:rFonts w:cs="Times New Roman"/>
                <w:sz w:val="20"/>
                <w:szCs w:val="20"/>
              </w:rPr>
              <w:t>5</w:t>
            </w:r>
            <w:r w:rsidRPr="007B5BDD">
              <w:rPr>
                <w:rFonts w:cs="Times New Roman"/>
                <w:sz w:val="20"/>
                <w:szCs w:val="20"/>
              </w:rPr>
              <w:t xml:space="preserve"> </w:t>
            </w:r>
          </w:p>
        </w:tc>
      </w:tr>
      <w:tr w:rsidR="00A47886" w14:paraId="20A6CEFD" w14:textId="77777777" w:rsidTr="00FA2FAC">
        <w:trPr>
          <w:jc w:val="center"/>
        </w:trPr>
        <w:tc>
          <w:tcPr>
            <w:tcW w:w="392" w:type="dxa"/>
            <w:tcBorders>
              <w:top w:val="single" w:sz="2" w:space="0" w:color="auto"/>
              <w:left w:val="single" w:sz="2" w:space="0" w:color="auto"/>
              <w:bottom w:val="single" w:sz="2" w:space="0" w:color="auto"/>
              <w:right w:val="single" w:sz="2" w:space="0" w:color="auto"/>
            </w:tcBorders>
            <w:shd w:val="clear" w:color="auto" w:fill="C2D69B" w:themeFill="accent3" w:themeFillTint="99"/>
            <w:vAlign w:val="center"/>
          </w:tcPr>
          <w:p w14:paraId="6844E71A" w14:textId="77777777" w:rsidR="00A47886" w:rsidRPr="00EB7278" w:rsidRDefault="00A47886" w:rsidP="00C028BE">
            <w:pPr>
              <w:pStyle w:val="ListParagraph"/>
              <w:spacing w:after="0"/>
              <w:ind w:left="284" w:hanging="294"/>
              <w:jc w:val="center"/>
              <w:rPr>
                <w:rFonts w:cs="Times New Roman"/>
                <w:b/>
                <w:bCs/>
                <w:sz w:val="20"/>
                <w:szCs w:val="20"/>
              </w:rPr>
            </w:pPr>
            <w:r>
              <w:rPr>
                <w:rFonts w:cs="Times New Roman"/>
                <w:b/>
                <w:bCs/>
                <w:sz w:val="20"/>
                <w:szCs w:val="20"/>
              </w:rPr>
              <w:t>8.</w:t>
            </w:r>
          </w:p>
        </w:tc>
        <w:tc>
          <w:tcPr>
            <w:tcW w:w="1984" w:type="dxa"/>
            <w:tcBorders>
              <w:top w:val="single" w:sz="2" w:space="0" w:color="auto"/>
              <w:left w:val="single" w:sz="2" w:space="0" w:color="auto"/>
              <w:bottom w:val="single" w:sz="2" w:space="0" w:color="auto"/>
              <w:right w:val="single" w:sz="2" w:space="0" w:color="auto"/>
            </w:tcBorders>
            <w:shd w:val="clear" w:color="auto" w:fill="C2D69B" w:themeFill="accent3" w:themeFillTint="99"/>
            <w:vAlign w:val="center"/>
          </w:tcPr>
          <w:p w14:paraId="3662C735" w14:textId="77777777" w:rsidR="00A47886" w:rsidRPr="007B5BDD" w:rsidRDefault="00A47886" w:rsidP="00C028BE">
            <w:pPr>
              <w:pStyle w:val="ListParagraph"/>
              <w:spacing w:after="0"/>
              <w:ind w:left="-106"/>
              <w:jc w:val="left"/>
              <w:rPr>
                <w:rFonts w:cs="Times New Roman"/>
                <w:b/>
                <w:bCs/>
                <w:sz w:val="20"/>
                <w:szCs w:val="20"/>
              </w:rPr>
            </w:pPr>
            <w:r w:rsidRPr="007B5BDD">
              <w:rPr>
                <w:rFonts w:cs="Times New Roman"/>
                <w:b/>
                <w:bCs/>
                <w:sz w:val="20"/>
                <w:szCs w:val="20"/>
              </w:rPr>
              <w:t>Kesimpulan</w:t>
            </w:r>
          </w:p>
        </w:tc>
        <w:tc>
          <w:tcPr>
            <w:tcW w:w="6910" w:type="dxa"/>
            <w:tcBorders>
              <w:top w:val="single" w:sz="2" w:space="0" w:color="auto"/>
              <w:left w:val="single" w:sz="2" w:space="0" w:color="auto"/>
              <w:bottom w:val="single" w:sz="2" w:space="0" w:color="auto"/>
              <w:right w:val="single" w:sz="2" w:space="0" w:color="auto"/>
            </w:tcBorders>
            <w:vAlign w:val="center"/>
          </w:tcPr>
          <w:p w14:paraId="06811247" w14:textId="77777777" w:rsidR="00A47886" w:rsidRPr="007B5BDD" w:rsidRDefault="00A47886" w:rsidP="00C028BE">
            <w:pPr>
              <w:spacing w:after="0"/>
              <w:rPr>
                <w:rFonts w:cs="Times New Roman"/>
                <w:sz w:val="20"/>
                <w:szCs w:val="20"/>
              </w:rPr>
            </w:pPr>
            <w:r w:rsidRPr="007B5BDD">
              <w:rPr>
                <w:rFonts w:cs="Times New Roman"/>
                <w:sz w:val="20"/>
                <w:szCs w:val="20"/>
              </w:rPr>
              <w:t xml:space="preserve">Font Times New Roman 12, </w:t>
            </w:r>
            <w:r>
              <w:rPr>
                <w:rFonts w:cs="Times New Roman"/>
                <w:sz w:val="20"/>
                <w:szCs w:val="20"/>
              </w:rPr>
              <w:t xml:space="preserve">pt </w:t>
            </w:r>
            <w:r w:rsidRPr="007B5BDD">
              <w:rPr>
                <w:rFonts w:cs="Times New Roman"/>
                <w:sz w:val="20"/>
                <w:szCs w:val="20"/>
              </w:rPr>
              <w:t>spasi 1,</w:t>
            </w:r>
            <w:r>
              <w:rPr>
                <w:rFonts w:cs="Times New Roman"/>
                <w:sz w:val="20"/>
                <w:szCs w:val="20"/>
              </w:rPr>
              <w:t>5</w:t>
            </w:r>
            <w:r w:rsidRPr="007B5BDD">
              <w:rPr>
                <w:rFonts w:cs="Times New Roman"/>
                <w:sz w:val="20"/>
                <w:szCs w:val="20"/>
              </w:rPr>
              <w:t xml:space="preserve"> </w:t>
            </w:r>
          </w:p>
        </w:tc>
      </w:tr>
      <w:tr w:rsidR="00A47886" w14:paraId="5F07B4FE" w14:textId="77777777" w:rsidTr="00FA2FAC">
        <w:trPr>
          <w:jc w:val="center"/>
        </w:trPr>
        <w:tc>
          <w:tcPr>
            <w:tcW w:w="392" w:type="dxa"/>
            <w:tcBorders>
              <w:top w:val="single" w:sz="2" w:space="0" w:color="auto"/>
              <w:left w:val="single" w:sz="2" w:space="0" w:color="auto"/>
              <w:bottom w:val="single" w:sz="2" w:space="0" w:color="auto"/>
              <w:right w:val="single" w:sz="2" w:space="0" w:color="auto"/>
            </w:tcBorders>
            <w:shd w:val="clear" w:color="auto" w:fill="C2D69B" w:themeFill="accent3" w:themeFillTint="99"/>
            <w:vAlign w:val="center"/>
          </w:tcPr>
          <w:p w14:paraId="3A5F854B" w14:textId="77777777" w:rsidR="00A47886" w:rsidRPr="00EB7278" w:rsidRDefault="00A47886" w:rsidP="00C028BE">
            <w:pPr>
              <w:pStyle w:val="ListParagraph"/>
              <w:spacing w:after="0"/>
              <w:ind w:left="284" w:hanging="294"/>
              <w:jc w:val="center"/>
              <w:rPr>
                <w:rFonts w:cs="Times New Roman"/>
                <w:b/>
                <w:bCs/>
                <w:sz w:val="20"/>
                <w:szCs w:val="20"/>
              </w:rPr>
            </w:pPr>
            <w:r>
              <w:rPr>
                <w:rFonts w:cs="Times New Roman"/>
                <w:b/>
                <w:bCs/>
                <w:sz w:val="20"/>
                <w:szCs w:val="20"/>
              </w:rPr>
              <w:t>9.</w:t>
            </w:r>
          </w:p>
        </w:tc>
        <w:tc>
          <w:tcPr>
            <w:tcW w:w="1984" w:type="dxa"/>
            <w:tcBorders>
              <w:top w:val="single" w:sz="2" w:space="0" w:color="auto"/>
              <w:left w:val="single" w:sz="2" w:space="0" w:color="auto"/>
              <w:bottom w:val="single" w:sz="2" w:space="0" w:color="auto"/>
              <w:right w:val="single" w:sz="2" w:space="0" w:color="auto"/>
            </w:tcBorders>
            <w:shd w:val="clear" w:color="auto" w:fill="C2D69B" w:themeFill="accent3" w:themeFillTint="99"/>
            <w:vAlign w:val="center"/>
          </w:tcPr>
          <w:p w14:paraId="7D896FB9" w14:textId="77777777" w:rsidR="00A47886" w:rsidRPr="007B5BDD" w:rsidRDefault="00A47886" w:rsidP="00C028BE">
            <w:pPr>
              <w:pStyle w:val="ListParagraph"/>
              <w:spacing w:after="0"/>
              <w:ind w:left="-106"/>
              <w:jc w:val="left"/>
              <w:rPr>
                <w:rFonts w:cs="Times New Roman"/>
                <w:b/>
                <w:bCs/>
                <w:sz w:val="20"/>
                <w:szCs w:val="20"/>
              </w:rPr>
            </w:pPr>
            <w:r w:rsidRPr="007B5BDD">
              <w:rPr>
                <w:rFonts w:cs="Times New Roman"/>
                <w:b/>
                <w:bCs/>
                <w:sz w:val="20"/>
                <w:szCs w:val="20"/>
              </w:rPr>
              <w:t>Daftar Pustaka</w:t>
            </w:r>
          </w:p>
        </w:tc>
        <w:tc>
          <w:tcPr>
            <w:tcW w:w="6910" w:type="dxa"/>
            <w:tcBorders>
              <w:top w:val="single" w:sz="2" w:space="0" w:color="auto"/>
              <w:left w:val="single" w:sz="2" w:space="0" w:color="auto"/>
              <w:bottom w:val="single" w:sz="2" w:space="0" w:color="auto"/>
              <w:right w:val="single" w:sz="2" w:space="0" w:color="auto"/>
            </w:tcBorders>
            <w:vAlign w:val="center"/>
          </w:tcPr>
          <w:p w14:paraId="1C90187A" w14:textId="77777777" w:rsidR="00A47886" w:rsidRPr="007B5BDD" w:rsidRDefault="00A47886" w:rsidP="00C028BE">
            <w:pPr>
              <w:spacing w:after="0"/>
              <w:rPr>
                <w:rFonts w:cs="Times New Roman"/>
                <w:sz w:val="20"/>
                <w:szCs w:val="20"/>
              </w:rPr>
            </w:pPr>
            <w:r w:rsidRPr="007B5BDD">
              <w:rPr>
                <w:rFonts w:cs="Times New Roman"/>
                <w:sz w:val="20"/>
                <w:szCs w:val="20"/>
              </w:rPr>
              <w:t>Font Times New Roman 12</w:t>
            </w:r>
            <w:r>
              <w:rPr>
                <w:rFonts w:cs="Times New Roman"/>
                <w:sz w:val="20"/>
                <w:szCs w:val="20"/>
              </w:rPr>
              <w:t>,</w:t>
            </w:r>
            <w:r w:rsidRPr="007B5BDD">
              <w:rPr>
                <w:rFonts w:cs="Times New Roman"/>
                <w:sz w:val="20"/>
                <w:szCs w:val="20"/>
              </w:rPr>
              <w:t xml:space="preserve"> pt Spasi 1,0</w:t>
            </w:r>
            <w:r>
              <w:rPr>
                <w:rFonts w:cs="Times New Roman"/>
                <w:sz w:val="20"/>
                <w:szCs w:val="20"/>
              </w:rPr>
              <w:t xml:space="preserve"> berasal dari publikasi 5 th terakhir</w:t>
            </w:r>
          </w:p>
        </w:tc>
      </w:tr>
      <w:tr w:rsidR="00A47886" w14:paraId="3882A226" w14:textId="77777777" w:rsidTr="00FA2FAC">
        <w:trPr>
          <w:jc w:val="center"/>
        </w:trPr>
        <w:tc>
          <w:tcPr>
            <w:tcW w:w="392" w:type="dxa"/>
            <w:tcBorders>
              <w:top w:val="single" w:sz="2" w:space="0" w:color="auto"/>
              <w:left w:val="single" w:sz="2" w:space="0" w:color="auto"/>
              <w:bottom w:val="single" w:sz="2" w:space="0" w:color="auto"/>
              <w:right w:val="single" w:sz="2" w:space="0" w:color="auto"/>
            </w:tcBorders>
            <w:shd w:val="clear" w:color="auto" w:fill="C2D69B" w:themeFill="accent3" w:themeFillTint="99"/>
            <w:vAlign w:val="center"/>
          </w:tcPr>
          <w:p w14:paraId="45B768B6" w14:textId="77777777" w:rsidR="00A47886" w:rsidRPr="00EB7278" w:rsidRDefault="00A47886" w:rsidP="00C028BE">
            <w:pPr>
              <w:pStyle w:val="ListParagraph"/>
              <w:spacing w:after="0"/>
              <w:ind w:left="284" w:hanging="294"/>
              <w:jc w:val="center"/>
              <w:rPr>
                <w:rFonts w:cs="Times New Roman"/>
                <w:b/>
                <w:bCs/>
                <w:sz w:val="20"/>
                <w:szCs w:val="20"/>
              </w:rPr>
            </w:pPr>
          </w:p>
        </w:tc>
        <w:tc>
          <w:tcPr>
            <w:tcW w:w="1984" w:type="dxa"/>
            <w:tcBorders>
              <w:top w:val="single" w:sz="2" w:space="0" w:color="auto"/>
              <w:left w:val="single" w:sz="2" w:space="0" w:color="auto"/>
              <w:bottom w:val="single" w:sz="2" w:space="0" w:color="auto"/>
              <w:right w:val="single" w:sz="2" w:space="0" w:color="auto"/>
            </w:tcBorders>
            <w:shd w:val="clear" w:color="auto" w:fill="C2D69B" w:themeFill="accent3" w:themeFillTint="99"/>
            <w:vAlign w:val="center"/>
          </w:tcPr>
          <w:p w14:paraId="2838F24C" w14:textId="77777777" w:rsidR="00A47886" w:rsidRPr="007B5BDD" w:rsidRDefault="00A47886" w:rsidP="00C028BE">
            <w:pPr>
              <w:pStyle w:val="ListParagraph"/>
              <w:spacing w:after="0"/>
              <w:ind w:left="-106"/>
              <w:jc w:val="left"/>
              <w:rPr>
                <w:rFonts w:cs="Times New Roman"/>
                <w:b/>
                <w:bCs/>
                <w:sz w:val="20"/>
                <w:szCs w:val="20"/>
              </w:rPr>
            </w:pPr>
          </w:p>
        </w:tc>
        <w:tc>
          <w:tcPr>
            <w:tcW w:w="6910" w:type="dxa"/>
            <w:tcBorders>
              <w:top w:val="single" w:sz="2" w:space="0" w:color="auto"/>
              <w:left w:val="single" w:sz="2" w:space="0" w:color="auto"/>
              <w:bottom w:val="single" w:sz="2" w:space="0" w:color="auto"/>
              <w:right w:val="single" w:sz="2" w:space="0" w:color="auto"/>
            </w:tcBorders>
            <w:vAlign w:val="center"/>
          </w:tcPr>
          <w:p w14:paraId="2BB421D5" w14:textId="77777777" w:rsidR="00A47886" w:rsidRPr="007B5BDD" w:rsidRDefault="00A47886" w:rsidP="00C028BE">
            <w:pPr>
              <w:spacing w:after="0"/>
              <w:rPr>
                <w:rFonts w:cs="Times New Roman"/>
                <w:sz w:val="20"/>
                <w:szCs w:val="20"/>
              </w:rPr>
            </w:pPr>
          </w:p>
        </w:tc>
      </w:tr>
      <w:tr w:rsidR="00A47886" w14:paraId="4908AFE9" w14:textId="77777777" w:rsidTr="00FA2FAC">
        <w:trPr>
          <w:jc w:val="center"/>
        </w:trPr>
        <w:tc>
          <w:tcPr>
            <w:tcW w:w="2376" w:type="dxa"/>
            <w:gridSpan w:val="2"/>
            <w:tcBorders>
              <w:top w:val="single" w:sz="2" w:space="0" w:color="auto"/>
              <w:left w:val="single" w:sz="2" w:space="0" w:color="auto"/>
              <w:bottom w:val="single" w:sz="2" w:space="0" w:color="auto"/>
              <w:right w:val="single" w:sz="2" w:space="0" w:color="auto"/>
            </w:tcBorders>
            <w:shd w:val="clear" w:color="auto" w:fill="C2D69B" w:themeFill="accent3" w:themeFillTint="99"/>
            <w:vAlign w:val="center"/>
          </w:tcPr>
          <w:p w14:paraId="0693675F" w14:textId="77777777" w:rsidR="00A47886" w:rsidRPr="007B5BDD" w:rsidRDefault="00A47886" w:rsidP="00C028BE">
            <w:pPr>
              <w:spacing w:after="0"/>
              <w:rPr>
                <w:rFonts w:cs="Times New Roman"/>
                <w:sz w:val="20"/>
                <w:szCs w:val="20"/>
              </w:rPr>
            </w:pPr>
            <w:r w:rsidRPr="007B5BDD">
              <w:rPr>
                <w:rFonts w:cs="Times New Roman"/>
                <w:b/>
                <w:sz w:val="20"/>
                <w:szCs w:val="20"/>
              </w:rPr>
              <w:t>Panjang Naskah</w:t>
            </w:r>
          </w:p>
        </w:tc>
        <w:tc>
          <w:tcPr>
            <w:tcW w:w="6910" w:type="dxa"/>
            <w:tcBorders>
              <w:top w:val="single" w:sz="2" w:space="0" w:color="auto"/>
              <w:left w:val="single" w:sz="2" w:space="0" w:color="auto"/>
              <w:bottom w:val="single" w:sz="2" w:space="0" w:color="auto"/>
              <w:right w:val="single" w:sz="2" w:space="0" w:color="auto"/>
            </w:tcBorders>
            <w:vAlign w:val="center"/>
          </w:tcPr>
          <w:p w14:paraId="5FF159A3" w14:textId="647F8A24" w:rsidR="00A47886" w:rsidRPr="007B5BDD" w:rsidRDefault="00DF701F" w:rsidP="00C028BE">
            <w:pPr>
              <w:spacing w:after="0"/>
              <w:rPr>
                <w:rFonts w:cs="Times New Roman"/>
                <w:sz w:val="20"/>
                <w:szCs w:val="20"/>
              </w:rPr>
            </w:pPr>
            <w:r>
              <w:rPr>
                <w:rFonts w:cs="Times New Roman"/>
                <w:sz w:val="20"/>
                <w:szCs w:val="20"/>
              </w:rPr>
              <w:t>Maksimal 13 Halaman</w:t>
            </w:r>
            <w:r w:rsidR="00A47886" w:rsidRPr="007B5BDD">
              <w:rPr>
                <w:rFonts w:cs="Times New Roman"/>
                <w:sz w:val="20"/>
                <w:szCs w:val="20"/>
              </w:rPr>
              <w:t xml:space="preserve">, </w:t>
            </w:r>
            <w:r w:rsidR="00A47886">
              <w:rPr>
                <w:rFonts w:cs="Times New Roman"/>
                <w:sz w:val="20"/>
                <w:szCs w:val="20"/>
              </w:rPr>
              <w:t>dari Pendahuluan, metode penelitian, hasil dan pembahasan, kesimpulan dan referensi</w:t>
            </w:r>
            <w:r w:rsidR="00A47886" w:rsidRPr="007B5BDD">
              <w:rPr>
                <w:rFonts w:cs="Times New Roman"/>
                <w:sz w:val="20"/>
                <w:szCs w:val="20"/>
              </w:rPr>
              <w:t>, kecuali ditentukan lain oleh redaksi.</w:t>
            </w:r>
          </w:p>
        </w:tc>
      </w:tr>
      <w:tr w:rsidR="00A47886" w14:paraId="2ECC3DC2" w14:textId="77777777" w:rsidTr="00FA2FAC">
        <w:trPr>
          <w:jc w:val="center"/>
        </w:trPr>
        <w:tc>
          <w:tcPr>
            <w:tcW w:w="2376" w:type="dxa"/>
            <w:gridSpan w:val="2"/>
            <w:tcBorders>
              <w:top w:val="single" w:sz="2" w:space="0" w:color="auto"/>
              <w:left w:val="single" w:sz="2" w:space="0" w:color="auto"/>
              <w:bottom w:val="single" w:sz="2" w:space="0" w:color="auto"/>
              <w:right w:val="single" w:sz="2" w:space="0" w:color="auto"/>
            </w:tcBorders>
            <w:shd w:val="clear" w:color="auto" w:fill="C2D69B" w:themeFill="accent3" w:themeFillTint="99"/>
            <w:vAlign w:val="center"/>
          </w:tcPr>
          <w:p w14:paraId="6D51547C" w14:textId="77777777" w:rsidR="00A47886" w:rsidRPr="007B5BDD" w:rsidRDefault="00A47886" w:rsidP="00C028BE">
            <w:pPr>
              <w:spacing w:after="0"/>
              <w:rPr>
                <w:rFonts w:cs="Times New Roman"/>
                <w:sz w:val="20"/>
                <w:szCs w:val="20"/>
              </w:rPr>
            </w:pPr>
            <w:r w:rsidRPr="007B5BDD">
              <w:rPr>
                <w:rFonts w:cs="Times New Roman"/>
                <w:b/>
                <w:sz w:val="20"/>
                <w:szCs w:val="20"/>
              </w:rPr>
              <w:t>Gambar dan Tabel</w:t>
            </w:r>
          </w:p>
        </w:tc>
        <w:tc>
          <w:tcPr>
            <w:tcW w:w="6910" w:type="dxa"/>
            <w:tcBorders>
              <w:top w:val="single" w:sz="2" w:space="0" w:color="auto"/>
              <w:left w:val="single" w:sz="2" w:space="0" w:color="auto"/>
              <w:bottom w:val="single" w:sz="2" w:space="0" w:color="auto"/>
              <w:right w:val="single" w:sz="2" w:space="0" w:color="auto"/>
            </w:tcBorders>
            <w:vAlign w:val="center"/>
          </w:tcPr>
          <w:p w14:paraId="642306E4" w14:textId="77777777" w:rsidR="00A47886" w:rsidRPr="007B5BDD" w:rsidRDefault="00A47886" w:rsidP="00C028BE">
            <w:pPr>
              <w:spacing w:after="0"/>
              <w:rPr>
                <w:rFonts w:cs="Times New Roman"/>
                <w:sz w:val="20"/>
                <w:szCs w:val="20"/>
              </w:rPr>
            </w:pPr>
            <w:r w:rsidRPr="007B5BDD">
              <w:rPr>
                <w:rFonts w:cs="Times New Roman"/>
                <w:sz w:val="20"/>
                <w:szCs w:val="20"/>
              </w:rPr>
              <w:t>Font Times New Roman 10 pt spasi 1,0 beri nomor berurutan, judul singkat, serta sumber bila bukan hasil olahan penulis.</w:t>
            </w:r>
          </w:p>
        </w:tc>
      </w:tr>
      <w:tr w:rsidR="00A47886" w14:paraId="76CF2F05" w14:textId="77777777" w:rsidTr="00FA2FAC">
        <w:trPr>
          <w:jc w:val="center"/>
        </w:trPr>
        <w:tc>
          <w:tcPr>
            <w:tcW w:w="2376" w:type="dxa"/>
            <w:gridSpan w:val="2"/>
            <w:tcBorders>
              <w:top w:val="single" w:sz="2" w:space="0" w:color="auto"/>
              <w:left w:val="single" w:sz="2" w:space="0" w:color="auto"/>
              <w:bottom w:val="single" w:sz="2" w:space="0" w:color="auto"/>
              <w:right w:val="single" w:sz="2" w:space="0" w:color="auto"/>
            </w:tcBorders>
            <w:shd w:val="clear" w:color="auto" w:fill="C2D69B" w:themeFill="accent3" w:themeFillTint="99"/>
            <w:vAlign w:val="center"/>
          </w:tcPr>
          <w:p w14:paraId="6C6A08A6" w14:textId="77777777" w:rsidR="00A47886" w:rsidRPr="007B5BDD" w:rsidRDefault="00A47886" w:rsidP="00C028BE">
            <w:pPr>
              <w:spacing w:after="0"/>
              <w:rPr>
                <w:rFonts w:cs="Times New Roman"/>
                <w:sz w:val="20"/>
                <w:szCs w:val="20"/>
              </w:rPr>
            </w:pPr>
            <w:r w:rsidRPr="007B5BDD">
              <w:rPr>
                <w:rFonts w:cs="Times New Roman"/>
                <w:b/>
                <w:sz w:val="20"/>
                <w:szCs w:val="20"/>
              </w:rPr>
              <w:t>Ketentuan</w:t>
            </w:r>
            <w:r>
              <w:rPr>
                <w:rFonts w:cs="Times New Roman"/>
                <w:b/>
                <w:sz w:val="20"/>
                <w:szCs w:val="20"/>
              </w:rPr>
              <w:t xml:space="preserve"> dan</w:t>
            </w:r>
            <w:r w:rsidRPr="007B5BDD">
              <w:rPr>
                <w:rFonts w:cs="Times New Roman"/>
                <w:b/>
                <w:sz w:val="20"/>
                <w:szCs w:val="20"/>
              </w:rPr>
              <w:t xml:space="preserve"> Submisi OJS</w:t>
            </w:r>
            <w:r>
              <w:rPr>
                <w:rFonts w:cs="Times New Roman"/>
                <w:b/>
                <w:sz w:val="20"/>
                <w:szCs w:val="20"/>
              </w:rPr>
              <w:t xml:space="preserve"> </w:t>
            </w:r>
          </w:p>
        </w:tc>
        <w:tc>
          <w:tcPr>
            <w:tcW w:w="6910" w:type="dxa"/>
            <w:tcBorders>
              <w:top w:val="single" w:sz="2" w:space="0" w:color="auto"/>
              <w:left w:val="single" w:sz="2" w:space="0" w:color="auto"/>
              <w:bottom w:val="single" w:sz="2" w:space="0" w:color="auto"/>
              <w:right w:val="single" w:sz="2" w:space="0" w:color="auto"/>
            </w:tcBorders>
            <w:vAlign w:val="center"/>
          </w:tcPr>
          <w:p w14:paraId="3ADACBF4" w14:textId="77777777" w:rsidR="00A47886" w:rsidRPr="000B3D75" w:rsidRDefault="00A47886" w:rsidP="00C028BE">
            <w:pPr>
              <w:pStyle w:val="ListParagraph"/>
              <w:numPr>
                <w:ilvl w:val="0"/>
                <w:numId w:val="10"/>
              </w:numPr>
              <w:spacing w:after="0"/>
              <w:ind w:left="237" w:hanging="252"/>
              <w:rPr>
                <w:rFonts w:cs="Times New Roman"/>
                <w:sz w:val="20"/>
                <w:szCs w:val="20"/>
              </w:rPr>
            </w:pPr>
            <w:r w:rsidRPr="007B5BDD">
              <w:rPr>
                <w:rFonts w:cs="Times New Roman"/>
                <w:sz w:val="20"/>
                <w:szCs w:val="20"/>
              </w:rPr>
              <w:t xml:space="preserve">Belum pernah terbit dan/atau tidak sedang dalam proses submisi di jurnal lain </w:t>
            </w:r>
          </w:p>
        </w:tc>
      </w:tr>
      <w:tr w:rsidR="00A47886" w14:paraId="69115201" w14:textId="77777777" w:rsidTr="00FA2FAC">
        <w:trPr>
          <w:jc w:val="center"/>
        </w:trPr>
        <w:tc>
          <w:tcPr>
            <w:tcW w:w="2376" w:type="dxa"/>
            <w:gridSpan w:val="2"/>
            <w:tcBorders>
              <w:top w:val="single" w:sz="2" w:space="0" w:color="auto"/>
              <w:left w:val="single" w:sz="2" w:space="0" w:color="auto"/>
              <w:bottom w:val="single" w:sz="2" w:space="0" w:color="auto"/>
              <w:right w:val="single" w:sz="2" w:space="0" w:color="auto"/>
            </w:tcBorders>
            <w:shd w:val="clear" w:color="auto" w:fill="C2D69B" w:themeFill="accent3" w:themeFillTint="99"/>
            <w:vAlign w:val="center"/>
          </w:tcPr>
          <w:p w14:paraId="054BDBCA" w14:textId="77777777" w:rsidR="00A47886" w:rsidRPr="007B5BDD" w:rsidRDefault="00A47886" w:rsidP="00C028BE">
            <w:pPr>
              <w:spacing w:after="0"/>
              <w:rPr>
                <w:rFonts w:cs="Times New Roman"/>
                <w:b/>
                <w:sz w:val="20"/>
                <w:szCs w:val="20"/>
              </w:rPr>
            </w:pPr>
          </w:p>
        </w:tc>
        <w:tc>
          <w:tcPr>
            <w:tcW w:w="6910" w:type="dxa"/>
            <w:tcBorders>
              <w:top w:val="single" w:sz="2" w:space="0" w:color="auto"/>
              <w:left w:val="single" w:sz="2" w:space="0" w:color="auto"/>
              <w:bottom w:val="single" w:sz="2" w:space="0" w:color="auto"/>
              <w:right w:val="single" w:sz="2" w:space="0" w:color="auto"/>
            </w:tcBorders>
            <w:vAlign w:val="center"/>
          </w:tcPr>
          <w:p w14:paraId="4A3B895B" w14:textId="77777777" w:rsidR="00A47886" w:rsidRPr="000B3D75" w:rsidRDefault="00A47886" w:rsidP="00C028BE">
            <w:pPr>
              <w:pStyle w:val="ListParagraph"/>
              <w:numPr>
                <w:ilvl w:val="0"/>
                <w:numId w:val="10"/>
              </w:numPr>
              <w:spacing w:after="0"/>
              <w:ind w:left="237" w:hanging="252"/>
              <w:rPr>
                <w:rFonts w:cs="Times New Roman"/>
                <w:sz w:val="20"/>
                <w:szCs w:val="20"/>
              </w:rPr>
            </w:pPr>
            <w:r w:rsidRPr="00C02D07">
              <w:rPr>
                <w:sz w:val="20"/>
                <w:szCs w:val="20"/>
              </w:rPr>
              <w:t>Naskah harus orisinal dan belum dipublikas</w:t>
            </w:r>
            <w:r>
              <w:rPr>
                <w:sz w:val="20"/>
                <w:szCs w:val="20"/>
              </w:rPr>
              <w:t>, a</w:t>
            </w:r>
            <w:r w:rsidRPr="00C02D07">
              <w:rPr>
                <w:sz w:val="20"/>
                <w:szCs w:val="20"/>
              </w:rPr>
              <w:t>mbang similarity dapat ditetapkan redaksi, misalnya maksimal 20-25% dengan pengecualian referensi dan kutipan.</w:t>
            </w:r>
          </w:p>
        </w:tc>
      </w:tr>
      <w:tr w:rsidR="00A47886" w14:paraId="3CA890B0" w14:textId="77777777" w:rsidTr="00FA2FAC">
        <w:trPr>
          <w:jc w:val="center"/>
        </w:trPr>
        <w:tc>
          <w:tcPr>
            <w:tcW w:w="2376" w:type="dxa"/>
            <w:gridSpan w:val="2"/>
            <w:tcBorders>
              <w:top w:val="single" w:sz="2" w:space="0" w:color="auto"/>
              <w:left w:val="single" w:sz="2" w:space="0" w:color="auto"/>
              <w:bottom w:val="single" w:sz="2" w:space="0" w:color="auto"/>
              <w:right w:val="single" w:sz="2" w:space="0" w:color="auto"/>
            </w:tcBorders>
            <w:shd w:val="clear" w:color="auto" w:fill="C2D69B" w:themeFill="accent3" w:themeFillTint="99"/>
            <w:vAlign w:val="center"/>
          </w:tcPr>
          <w:p w14:paraId="5883EA6C" w14:textId="77777777" w:rsidR="00A47886" w:rsidRPr="007B5BDD" w:rsidRDefault="00A47886" w:rsidP="00C028BE">
            <w:pPr>
              <w:spacing w:after="0"/>
              <w:rPr>
                <w:rFonts w:cs="Times New Roman"/>
                <w:b/>
                <w:sz w:val="20"/>
                <w:szCs w:val="20"/>
              </w:rPr>
            </w:pPr>
          </w:p>
        </w:tc>
        <w:tc>
          <w:tcPr>
            <w:tcW w:w="6910" w:type="dxa"/>
            <w:tcBorders>
              <w:top w:val="single" w:sz="2" w:space="0" w:color="auto"/>
              <w:left w:val="single" w:sz="2" w:space="0" w:color="auto"/>
              <w:bottom w:val="single" w:sz="2" w:space="0" w:color="auto"/>
              <w:right w:val="single" w:sz="2" w:space="0" w:color="auto"/>
            </w:tcBorders>
            <w:vAlign w:val="center"/>
          </w:tcPr>
          <w:p w14:paraId="57C506F4" w14:textId="77777777" w:rsidR="00A47886" w:rsidRPr="000B3D75" w:rsidRDefault="00A47886" w:rsidP="00C028BE">
            <w:pPr>
              <w:pStyle w:val="ListParagraph"/>
              <w:numPr>
                <w:ilvl w:val="0"/>
                <w:numId w:val="10"/>
              </w:numPr>
              <w:spacing w:after="0"/>
              <w:ind w:left="237" w:hanging="252"/>
              <w:rPr>
                <w:rFonts w:cs="Times New Roman"/>
                <w:sz w:val="20"/>
                <w:szCs w:val="20"/>
              </w:rPr>
            </w:pPr>
            <w:r w:rsidRPr="003E38B4">
              <w:rPr>
                <w:rFonts w:cs="Times New Roman"/>
                <w:sz w:val="20"/>
              </w:rPr>
              <w:t xml:space="preserve">Unggah naskah dalam </w:t>
            </w:r>
            <w:r w:rsidRPr="00C72BE8">
              <w:rPr>
                <w:rFonts w:cs="Times New Roman"/>
                <w:sz w:val="20"/>
              </w:rPr>
              <w:t>format docx, lengkapi</w:t>
            </w:r>
            <w:r w:rsidRPr="003E38B4">
              <w:rPr>
                <w:rFonts w:cs="Times New Roman"/>
                <w:sz w:val="20"/>
              </w:rPr>
              <w:t xml:space="preserve"> metadata, afiliasi, ORCID bila ada, abstrak, kata kunci, dan referensi pada sistem OJS.</w:t>
            </w:r>
          </w:p>
        </w:tc>
      </w:tr>
    </w:tbl>
    <w:p w14:paraId="0C270A28" w14:textId="598089DC" w:rsidR="001A7D4E" w:rsidRDefault="001A7D4E"/>
    <w:p w14:paraId="24B77845" w14:textId="77777777" w:rsidR="00DB2010" w:rsidRDefault="00DB2010" w:rsidP="00DB2010">
      <w:bookmarkStart w:id="0" w:name="_Hlk236166714"/>
      <w:r>
        <w:t>Keterangan :</w:t>
      </w:r>
    </w:p>
    <w:p w14:paraId="2D8DA697" w14:textId="77777777" w:rsidR="00DB2010" w:rsidRPr="00133046" w:rsidRDefault="00DB2010" w:rsidP="00DB2010">
      <w:pPr>
        <w:pStyle w:val="ListParagraph"/>
        <w:numPr>
          <w:ilvl w:val="0"/>
          <w:numId w:val="11"/>
        </w:numPr>
        <w:spacing w:after="0" w:line="240" w:lineRule="auto"/>
        <w:ind w:left="360"/>
        <w:rPr>
          <w:rFonts w:cs="Times New Roman"/>
          <w:szCs w:val="24"/>
          <w:lang w:val="en-ID" w:eastAsia="en-ID"/>
        </w:rPr>
      </w:pPr>
      <w:bookmarkStart w:id="1" w:name="_Hlk236167043"/>
      <w:r w:rsidRPr="00133046">
        <w:rPr>
          <w:rFonts w:cs="Times New Roman"/>
          <w:color w:val="000000"/>
          <w:szCs w:val="24"/>
          <w:lang w:val="en-ID" w:eastAsia="en-ID"/>
        </w:rPr>
        <w:t>Silahkan registrasi</w:t>
      </w:r>
    </w:p>
    <w:p w14:paraId="2E3CB930" w14:textId="3B3EF85D" w:rsidR="00DB2010" w:rsidRPr="00133046" w:rsidRDefault="00DB2010" w:rsidP="00DB2010">
      <w:pPr>
        <w:pStyle w:val="ListParagraph"/>
        <w:numPr>
          <w:ilvl w:val="0"/>
          <w:numId w:val="11"/>
        </w:numPr>
        <w:spacing w:after="0" w:line="240" w:lineRule="auto"/>
        <w:ind w:left="360"/>
        <w:rPr>
          <w:rFonts w:cs="Times New Roman"/>
          <w:szCs w:val="24"/>
          <w:lang w:val="en-ID" w:eastAsia="en-ID"/>
        </w:rPr>
      </w:pPr>
      <w:r w:rsidRPr="00133046">
        <w:rPr>
          <w:rFonts w:cs="Times New Roman"/>
          <w:color w:val="000000"/>
          <w:szCs w:val="24"/>
          <w:lang w:val="en-ID" w:eastAsia="en-ID"/>
        </w:rPr>
        <w:t xml:space="preserve">Submit Artikel </w:t>
      </w:r>
      <w:r w:rsidR="00F37F1D">
        <w:rPr>
          <w:rFonts w:cs="Times New Roman"/>
          <w:color w:val="000000"/>
          <w:szCs w:val="24"/>
          <w:lang w:val="en-ID" w:eastAsia="en-ID"/>
        </w:rPr>
        <w:t>(dengan ketentuan tidak pernah terbit, dan asli naskah milik seniri)</w:t>
      </w:r>
    </w:p>
    <w:p w14:paraId="6A99211B" w14:textId="77777777" w:rsidR="00DB2010" w:rsidRPr="00133046" w:rsidRDefault="00DB2010" w:rsidP="00DB2010">
      <w:pPr>
        <w:pStyle w:val="ListParagraph"/>
        <w:numPr>
          <w:ilvl w:val="0"/>
          <w:numId w:val="11"/>
        </w:numPr>
        <w:spacing w:after="0" w:line="240" w:lineRule="auto"/>
        <w:ind w:left="360"/>
        <w:rPr>
          <w:rFonts w:cs="Times New Roman"/>
          <w:szCs w:val="24"/>
          <w:lang w:val="en-ID" w:eastAsia="en-ID"/>
        </w:rPr>
      </w:pPr>
      <w:r w:rsidRPr="00133046">
        <w:rPr>
          <w:rFonts w:cs="Times New Roman"/>
          <w:color w:val="000000"/>
          <w:szCs w:val="24"/>
          <w:lang w:val="en-ID" w:eastAsia="en-ID"/>
        </w:rPr>
        <w:t xml:space="preserve">Setelah Submit Artikel, komfirmasi melalui </w:t>
      </w:r>
      <w:r w:rsidRPr="00133046">
        <w:rPr>
          <w:rFonts w:cs="Times New Roman"/>
          <w:szCs w:val="24"/>
          <w:lang w:val="en-ID" w:eastAsia="en-ID"/>
        </w:rPr>
        <w:t xml:space="preserve">Nomor WA 0851-6624-7224 dengan mengirim </w:t>
      </w:r>
      <w:r w:rsidRPr="00133046">
        <w:rPr>
          <w:rFonts w:cs="Times New Roman"/>
          <w:color w:val="000000"/>
          <w:szCs w:val="24"/>
          <w:lang w:val="en-ID" w:eastAsia="en-ID"/>
        </w:rPr>
        <w:t>identitas (nama, pt, fakultas/prodi)</w:t>
      </w:r>
    </w:p>
    <w:bookmarkEnd w:id="0"/>
    <w:bookmarkEnd w:id="1"/>
    <w:p w14:paraId="070C54D3" w14:textId="29158E9D" w:rsidR="00DF701F" w:rsidRPr="00A76748" w:rsidRDefault="00DF701F" w:rsidP="00F37F1D">
      <w:pPr>
        <w:spacing w:after="0" w:line="240" w:lineRule="auto"/>
        <w:ind w:left="567" w:hanging="567"/>
        <w:jc w:val="center"/>
        <w:rPr>
          <w:rFonts w:cs="Times New Roman"/>
        </w:rPr>
      </w:pPr>
      <w:r>
        <w:br w:type="column"/>
      </w:r>
    </w:p>
    <w:p w14:paraId="3335944A" w14:textId="7F1ED081" w:rsidR="00D61A1A" w:rsidRDefault="00D61A1A"/>
    <w:sectPr w:rsidR="00D61A1A" w:rsidSect="00A47886">
      <w:headerReference w:type="default" r:id="rId10"/>
      <w:footerReference w:type="default" r:id="rId11"/>
      <w:pgSz w:w="11906" w:h="16838"/>
      <w:pgMar w:top="1247" w:right="1418" w:bottom="1304" w:left="1418" w:header="454" w:footer="4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22EAA21" w14:textId="77777777" w:rsidR="00527CE9" w:rsidRDefault="00527CE9">
      <w:pPr>
        <w:spacing w:after="0" w:line="240" w:lineRule="auto"/>
      </w:pPr>
      <w:r>
        <w:separator/>
      </w:r>
    </w:p>
  </w:endnote>
  <w:endnote w:type="continuationSeparator" w:id="0">
    <w:p w14:paraId="43FF1A4B" w14:textId="77777777" w:rsidR="00527CE9" w:rsidRDefault="00527C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4000ACFF" w:usb2="00000001"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AE7EDC" w14:textId="5747D3AF" w:rsidR="00731A8F" w:rsidRDefault="005439FA">
    <w:pPr>
      <w:spacing w:after="0"/>
      <w:jc w:val="center"/>
    </w:pPr>
    <w:r>
      <w:rPr>
        <w:color w:val="595959"/>
        <w:sz w:val="18"/>
      </w:rPr>
      <w:t xml:space="preserve">Jurnal </w:t>
    </w:r>
    <w:r w:rsidR="00141A0A">
      <w:rPr>
        <w:color w:val="595959"/>
        <w:sz w:val="18"/>
      </w:rPr>
      <w:t>Pengabdian Masyarakat</w:t>
    </w:r>
    <w:r>
      <w:rPr>
        <w:color w:val="595959"/>
        <w:sz w:val="18"/>
      </w:rPr>
      <w:t xml:space="preserve"> | Template OJS | Halaman </w:t>
    </w:r>
    <w:r>
      <w:fldChar w:fldCharType="begin"/>
    </w:r>
    <w:r>
      <w:instrText xml:space="preserve"> PAGE </w:instrText>
    </w:r>
    <w:r>
      <w:fldChar w:fldCharType="separate"/>
    </w:r>
    <w:r w:rsidR="001A7D4E">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1F916E" w14:textId="18CB6DF2" w:rsidR="00731A8F" w:rsidRDefault="005439FA">
    <w:pPr>
      <w:spacing w:after="0"/>
      <w:jc w:val="center"/>
    </w:pPr>
    <w:r>
      <w:rPr>
        <w:color w:val="595959"/>
        <w:sz w:val="18"/>
      </w:rPr>
      <w:t xml:space="preserve">Jurnal Hukum dan Keadilan | Template OJS | Halaman </w:t>
    </w:r>
    <w:r>
      <w:fldChar w:fldCharType="begin"/>
    </w:r>
    <w:r>
      <w:instrText xml:space="preserve"> PAGE </w:instrText>
    </w:r>
    <w:r>
      <w:fldChar w:fldCharType="separate"/>
    </w:r>
    <w:r w:rsidR="001A7D4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48D658" w14:textId="77777777" w:rsidR="00527CE9" w:rsidRDefault="00527CE9">
      <w:pPr>
        <w:spacing w:after="0" w:line="240" w:lineRule="auto"/>
      </w:pPr>
      <w:r>
        <w:separator/>
      </w:r>
    </w:p>
  </w:footnote>
  <w:footnote w:type="continuationSeparator" w:id="0">
    <w:p w14:paraId="71FF980A" w14:textId="77777777" w:rsidR="00527CE9" w:rsidRDefault="00527C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2E7C2A" w14:textId="4642CC78" w:rsidR="00731A8F" w:rsidRDefault="007000E5">
    <w:pPr>
      <w:spacing w:after="0"/>
      <w:jc w:val="center"/>
    </w:pPr>
    <w:r>
      <w:rPr>
        <w:noProof/>
      </w:rPr>
      <w:drawing>
        <wp:anchor distT="0" distB="0" distL="114300" distR="114300" simplePos="0" relativeHeight="251659776" behindDoc="1" locked="0" layoutInCell="1" allowOverlap="1" wp14:anchorId="23A170CD" wp14:editId="769FC8A5">
          <wp:simplePos x="0" y="0"/>
          <wp:positionH relativeFrom="page">
            <wp:posOffset>406400</wp:posOffset>
          </wp:positionH>
          <wp:positionV relativeFrom="page">
            <wp:posOffset>88900</wp:posOffset>
          </wp:positionV>
          <wp:extent cx="6717665" cy="1565275"/>
          <wp:effectExtent l="0" t="0" r="6985" b="0"/>
          <wp:wrapNone/>
          <wp:docPr id="1" name="Picture 1" descr="banner j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nner jp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17665" cy="156527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30C09E" w14:textId="77777777" w:rsidR="00731A8F" w:rsidRPr="00FD0D81" w:rsidRDefault="005439FA">
    <w:pPr>
      <w:spacing w:after="0"/>
      <w:jc w:val="center"/>
      <w:rPr>
        <w:color w:val="548DD4" w:themeColor="text2" w:themeTint="99"/>
      </w:rPr>
    </w:pPr>
    <w:r w:rsidRPr="00FD0D81">
      <w:rPr>
        <w:b/>
        <w:color w:val="548DD4" w:themeColor="text2" w:themeTint="99"/>
        <w:sz w:val="20"/>
      </w:rPr>
      <w:t>Jurnal Hukum dan Keadilan</w:t>
    </w:r>
  </w:p>
  <w:p w14:paraId="3C5A7146" w14:textId="77777777" w:rsidR="00731A8F" w:rsidRDefault="005439FA">
    <w:pPr>
      <w:pBdr>
        <w:bottom w:val="single" w:sz="6" w:space="1" w:color="8B0000"/>
      </w:pBdr>
      <w:spacing w:after="40"/>
      <w:jc w:val="center"/>
    </w:pPr>
    <w:r>
      <w:rPr>
        <w:color w:val="595959"/>
        <w:sz w:val="16"/>
      </w:rPr>
      <w:t>https://ojs.jurnaladsiindonesia.com/index.php/hk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70332EB"/>
    <w:multiLevelType w:val="hybridMultilevel"/>
    <w:tmpl w:val="B5D438D4"/>
    <w:lvl w:ilvl="0" w:tplc="0CF67B04">
      <w:start w:val="5"/>
      <w:numFmt w:val="bullet"/>
      <w:lvlText w:val="-"/>
      <w:lvlJc w:val="left"/>
      <w:pPr>
        <w:ind w:left="-207" w:hanging="360"/>
      </w:pPr>
      <w:rPr>
        <w:rFonts w:ascii="Times New Roman" w:eastAsia="Times New Roman" w:hAnsi="Times New Roman" w:cs="Times New Roman" w:hint="default"/>
        <w:b/>
        <w:color w:val="000000"/>
        <w:sz w:val="22"/>
      </w:rPr>
    </w:lvl>
    <w:lvl w:ilvl="1" w:tplc="38090003" w:tentative="1">
      <w:start w:val="1"/>
      <w:numFmt w:val="bullet"/>
      <w:lvlText w:val="o"/>
      <w:lvlJc w:val="left"/>
      <w:pPr>
        <w:ind w:left="513" w:hanging="360"/>
      </w:pPr>
      <w:rPr>
        <w:rFonts w:ascii="Courier New" w:hAnsi="Courier New" w:cs="Courier New" w:hint="default"/>
      </w:rPr>
    </w:lvl>
    <w:lvl w:ilvl="2" w:tplc="38090005" w:tentative="1">
      <w:start w:val="1"/>
      <w:numFmt w:val="bullet"/>
      <w:lvlText w:val=""/>
      <w:lvlJc w:val="left"/>
      <w:pPr>
        <w:ind w:left="1233" w:hanging="360"/>
      </w:pPr>
      <w:rPr>
        <w:rFonts w:ascii="Wingdings" w:hAnsi="Wingdings" w:hint="default"/>
      </w:rPr>
    </w:lvl>
    <w:lvl w:ilvl="3" w:tplc="38090001" w:tentative="1">
      <w:start w:val="1"/>
      <w:numFmt w:val="bullet"/>
      <w:lvlText w:val=""/>
      <w:lvlJc w:val="left"/>
      <w:pPr>
        <w:ind w:left="1953" w:hanging="360"/>
      </w:pPr>
      <w:rPr>
        <w:rFonts w:ascii="Symbol" w:hAnsi="Symbol" w:hint="default"/>
      </w:rPr>
    </w:lvl>
    <w:lvl w:ilvl="4" w:tplc="38090003" w:tentative="1">
      <w:start w:val="1"/>
      <w:numFmt w:val="bullet"/>
      <w:lvlText w:val="o"/>
      <w:lvlJc w:val="left"/>
      <w:pPr>
        <w:ind w:left="2673" w:hanging="360"/>
      </w:pPr>
      <w:rPr>
        <w:rFonts w:ascii="Courier New" w:hAnsi="Courier New" w:cs="Courier New" w:hint="default"/>
      </w:rPr>
    </w:lvl>
    <w:lvl w:ilvl="5" w:tplc="38090005" w:tentative="1">
      <w:start w:val="1"/>
      <w:numFmt w:val="bullet"/>
      <w:lvlText w:val=""/>
      <w:lvlJc w:val="left"/>
      <w:pPr>
        <w:ind w:left="3393" w:hanging="360"/>
      </w:pPr>
      <w:rPr>
        <w:rFonts w:ascii="Wingdings" w:hAnsi="Wingdings" w:hint="default"/>
      </w:rPr>
    </w:lvl>
    <w:lvl w:ilvl="6" w:tplc="38090001" w:tentative="1">
      <w:start w:val="1"/>
      <w:numFmt w:val="bullet"/>
      <w:lvlText w:val=""/>
      <w:lvlJc w:val="left"/>
      <w:pPr>
        <w:ind w:left="4113" w:hanging="360"/>
      </w:pPr>
      <w:rPr>
        <w:rFonts w:ascii="Symbol" w:hAnsi="Symbol" w:hint="default"/>
      </w:rPr>
    </w:lvl>
    <w:lvl w:ilvl="7" w:tplc="38090003" w:tentative="1">
      <w:start w:val="1"/>
      <w:numFmt w:val="bullet"/>
      <w:lvlText w:val="o"/>
      <w:lvlJc w:val="left"/>
      <w:pPr>
        <w:ind w:left="4833" w:hanging="360"/>
      </w:pPr>
      <w:rPr>
        <w:rFonts w:ascii="Courier New" w:hAnsi="Courier New" w:cs="Courier New" w:hint="default"/>
      </w:rPr>
    </w:lvl>
    <w:lvl w:ilvl="8" w:tplc="38090005" w:tentative="1">
      <w:start w:val="1"/>
      <w:numFmt w:val="bullet"/>
      <w:lvlText w:val=""/>
      <w:lvlJc w:val="left"/>
      <w:pPr>
        <w:ind w:left="5553" w:hanging="360"/>
      </w:pPr>
      <w:rPr>
        <w:rFonts w:ascii="Wingdings" w:hAnsi="Wingdings" w:hint="default"/>
      </w:rPr>
    </w:lvl>
  </w:abstractNum>
  <w:abstractNum w:abstractNumId="10" w15:restartNumberingAfterBreak="0">
    <w:nsid w:val="0E0D3FC2"/>
    <w:multiLevelType w:val="hybridMultilevel"/>
    <w:tmpl w:val="4DC28BFA"/>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1" w15:restartNumberingAfterBreak="0">
    <w:nsid w:val="38654080"/>
    <w:multiLevelType w:val="hybridMultilevel"/>
    <w:tmpl w:val="4DC28BFA"/>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2" w15:restartNumberingAfterBreak="0">
    <w:nsid w:val="44F0679D"/>
    <w:multiLevelType w:val="hybridMultilevel"/>
    <w:tmpl w:val="3A9AA1D8"/>
    <w:lvl w:ilvl="0" w:tplc="84145138">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46DB0178"/>
    <w:multiLevelType w:val="hybridMultilevel"/>
    <w:tmpl w:val="AA3A1426"/>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4" w15:restartNumberingAfterBreak="0">
    <w:nsid w:val="568B4E23"/>
    <w:multiLevelType w:val="hybridMultilevel"/>
    <w:tmpl w:val="AA3A1426"/>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2"/>
  </w:num>
  <w:num w:numId="11">
    <w:abstractNumId w:val="9"/>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C3868"/>
    <w:rsid w:val="00141A0A"/>
    <w:rsid w:val="0015074B"/>
    <w:rsid w:val="0015389A"/>
    <w:rsid w:val="001A7D4E"/>
    <w:rsid w:val="002468B7"/>
    <w:rsid w:val="0029309D"/>
    <w:rsid w:val="0029639D"/>
    <w:rsid w:val="002C4E4D"/>
    <w:rsid w:val="002E72EA"/>
    <w:rsid w:val="00326F90"/>
    <w:rsid w:val="00361EC9"/>
    <w:rsid w:val="003758FE"/>
    <w:rsid w:val="0042764B"/>
    <w:rsid w:val="004F7365"/>
    <w:rsid w:val="00527CE9"/>
    <w:rsid w:val="005439FA"/>
    <w:rsid w:val="005E1C8C"/>
    <w:rsid w:val="006775D0"/>
    <w:rsid w:val="007000E5"/>
    <w:rsid w:val="00731A8F"/>
    <w:rsid w:val="00780600"/>
    <w:rsid w:val="009015F4"/>
    <w:rsid w:val="00904DC5"/>
    <w:rsid w:val="00A47886"/>
    <w:rsid w:val="00AA0361"/>
    <w:rsid w:val="00AA1D8D"/>
    <w:rsid w:val="00B47730"/>
    <w:rsid w:val="00C90948"/>
    <w:rsid w:val="00CB0664"/>
    <w:rsid w:val="00D37F8F"/>
    <w:rsid w:val="00D61A1A"/>
    <w:rsid w:val="00DB2010"/>
    <w:rsid w:val="00DD0A91"/>
    <w:rsid w:val="00DE3899"/>
    <w:rsid w:val="00DF701F"/>
    <w:rsid w:val="00E2738E"/>
    <w:rsid w:val="00F37F1D"/>
    <w:rsid w:val="00FA2FAC"/>
    <w:rsid w:val="00FC693F"/>
    <w:rsid w:val="00FD0D8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062061"/>
  <w14:defaultImageDpi w14:val="300"/>
  <w15:docId w15:val="{51C60787-F3D8-4B9D-B678-B4DBB39BAA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jc w:val="both"/>
    </w:pPr>
    <w:rPr>
      <w:rFonts w:ascii="Times New Roman" w:eastAsia="Times New Roman" w:hAnsi="Times New Roman"/>
      <w:sz w:val="24"/>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JHKTitle">
    <w:name w:val="JHK Title"/>
    <w:basedOn w:val="Normal"/>
    <w:pPr>
      <w:jc w:val="center"/>
    </w:pPr>
    <w:rPr>
      <w:b/>
      <w:sz w:val="28"/>
    </w:rPr>
  </w:style>
  <w:style w:type="paragraph" w:customStyle="1" w:styleId="JHKAuthor">
    <w:name w:val="JHK Author"/>
    <w:basedOn w:val="Normal"/>
    <w:pPr>
      <w:spacing w:after="40"/>
      <w:jc w:val="center"/>
    </w:pPr>
    <w:rPr>
      <w:sz w:val="22"/>
    </w:rPr>
  </w:style>
  <w:style w:type="paragraph" w:customStyle="1" w:styleId="JHKAffiliation">
    <w:name w:val="JHK Affiliation"/>
    <w:basedOn w:val="Normal"/>
    <w:pPr>
      <w:spacing w:after="40"/>
      <w:jc w:val="center"/>
    </w:pPr>
    <w:rPr>
      <w:i/>
      <w:sz w:val="20"/>
    </w:rPr>
  </w:style>
  <w:style w:type="paragraph" w:customStyle="1" w:styleId="JHKHeading1">
    <w:name w:val="JHK Heading 1"/>
    <w:basedOn w:val="Normal"/>
    <w:pPr>
      <w:spacing w:before="240"/>
      <w:jc w:val="left"/>
    </w:pPr>
    <w:rPr>
      <w:b/>
    </w:rPr>
  </w:style>
  <w:style w:type="paragraph" w:customStyle="1" w:styleId="JHKHeading2">
    <w:name w:val="JHK Heading 2"/>
    <w:basedOn w:val="Normal"/>
    <w:pPr>
      <w:spacing w:before="160" w:after="80"/>
      <w:jc w:val="left"/>
    </w:pPr>
    <w:rPr>
      <w:b/>
    </w:rPr>
  </w:style>
  <w:style w:type="paragraph" w:customStyle="1" w:styleId="JHKCaption">
    <w:name w:val="JHK Caption"/>
    <w:basedOn w:val="Normal"/>
    <w:pPr>
      <w:jc w:val="center"/>
    </w:pPr>
    <w:rPr>
      <w:i/>
      <w:sz w:val="20"/>
    </w:rPr>
  </w:style>
  <w:style w:type="character" w:styleId="Hyperlink">
    <w:name w:val="Hyperlink"/>
    <w:basedOn w:val="DefaultParagraphFont"/>
    <w:uiPriority w:val="99"/>
    <w:unhideWhenUsed/>
    <w:rsid w:val="003758FE"/>
    <w:rPr>
      <w:color w:val="0000FF" w:themeColor="hyperlink"/>
      <w:u w:val="single"/>
    </w:rPr>
  </w:style>
  <w:style w:type="character" w:styleId="UnresolvedMention">
    <w:name w:val="Unresolved Mention"/>
    <w:basedOn w:val="DefaultParagraphFont"/>
    <w:uiPriority w:val="99"/>
    <w:semiHidden/>
    <w:unhideWhenUsed/>
    <w:rsid w:val="003758FE"/>
    <w:rPr>
      <w:color w:val="605E5C"/>
      <w:shd w:val="clear" w:color="auto" w:fill="E1DFDD"/>
    </w:rPr>
  </w:style>
  <w:style w:type="paragraph" w:customStyle="1" w:styleId="Instruksi">
    <w:name w:val="Instruksi"/>
    <w:basedOn w:val="Normal"/>
    <w:rsid w:val="009015F4"/>
    <w:pPr>
      <w:spacing w:after="60" w:line="240" w:lineRule="auto"/>
      <w:jc w:val="left"/>
    </w:pPr>
    <w:rPr>
      <w:rFonts w:eastAsiaTheme="minorEastAsia"/>
      <w:i/>
      <w:color w:val="606060"/>
      <w:sz w:val="18"/>
    </w:rPr>
  </w:style>
  <w:style w:type="paragraph" w:customStyle="1" w:styleId="FA-Paragraphtext">
    <w:name w:val="FA-Paragraph text"/>
    <w:basedOn w:val="Normal"/>
    <w:link w:val="FA-ParagraphtextChar"/>
    <w:qFormat/>
    <w:rsid w:val="00DF701F"/>
    <w:pPr>
      <w:spacing w:after="0" w:line="312" w:lineRule="auto"/>
      <w:ind w:firstLine="567"/>
    </w:pPr>
    <w:rPr>
      <w:rFonts w:eastAsiaTheme="minorHAnsi" w:cs="Times New Roman"/>
      <w:sz w:val="20"/>
      <w:szCs w:val="20"/>
      <w:lang w:val="en-GB"/>
    </w:rPr>
  </w:style>
  <w:style w:type="character" w:customStyle="1" w:styleId="FA-ParagraphtextChar">
    <w:name w:val="FA-Paragraph text Char"/>
    <w:basedOn w:val="DefaultParagraphFont"/>
    <w:link w:val="FA-Paragraphtext"/>
    <w:rsid w:val="00DF701F"/>
    <w:rPr>
      <w:rFonts w:ascii="Times New Roman" w:eastAsiaTheme="minorHAnsi" w:hAnsi="Times New Roman" w:cs="Times New Roman"/>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5B4F45-4547-4D89-8DFE-BAEEE2B2B4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5</Pages>
  <Words>1278</Words>
  <Characters>7289</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Template Jurnal Hukum dan Keadilan OJS</vt:lpstr>
    </vt:vector>
  </TitlesOfParts>
  <Manager/>
  <Company/>
  <LinksUpToDate>false</LinksUpToDate>
  <CharactersWithSpaces>8550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Jurnal Hukum dan Keadilan OJS</dc:title>
  <dc:subject>Template naskah jurnal OJS</dc:subject>
  <dc:creator>ADSI Indonesia</dc:creator>
  <cp:keywords>Jurnal Hukum dan Keadilan, OJS, template artikel, hukum, keadilan</cp:keywords>
  <dc:description>Template dibuat berdasarkan kop/banner yang disediakan pengguna.</dc:description>
  <cp:lastModifiedBy>syamsul bachri</cp:lastModifiedBy>
  <cp:revision>19</cp:revision>
  <dcterms:created xsi:type="dcterms:W3CDTF">2013-12-23T23:15:00Z</dcterms:created>
  <dcterms:modified xsi:type="dcterms:W3CDTF">2026-07-28T13:46:00Z</dcterms:modified>
  <cp:category/>
</cp:coreProperties>
</file>